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B6792D"/>
          <w:sz w:val="17"/>
        </w:rPr>
        <w:t>INDEPENDENT STUDY COMPANION</w:t>
      </w:r>
    </w:p>
    <w:p>
      <w:pPr>
        <w:spacing w:before="0" w:after="60" w:line="240" w:lineRule="auto"/>
        <w:jc w:val="center"/>
      </w:pPr>
      <w:r>
        <w:rPr>
          <w:rFonts w:ascii="Aptos Display" w:hAnsi="Aptos Display"/>
          <w:b/>
          <w:color w:val="0B3A53"/>
          <w:sz w:val="54"/>
        </w:rPr>
        <w:t>TREASURE ISLAND</w:t>
      </w:r>
    </w:p>
    <w:p>
      <w:pPr>
        <w:spacing w:after="180"/>
        <w:jc w:val="center"/>
      </w:pPr>
      <w:r>
        <w:drawing>
          <wp:inline xmlns:a="http://schemas.openxmlformats.org/drawingml/2006/main" xmlns:pic="http://schemas.openxmlformats.org/drawingml/2006/picture">
            <wp:extent cx="5760720" cy="2148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easure-island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20" w:line="240" w:lineRule="auto"/>
        <w:jc w:val="center"/>
      </w:pPr>
      <w:r>
        <w:rPr>
          <w:rFonts w:ascii="Aptos" w:hAnsi="Aptos"/>
          <w:b/>
          <w:color w:val="B6792D"/>
          <w:sz w:val="24"/>
        </w:rPr>
        <w:t>A LIVING BOOK STUDY - LEARNING BOOKLET</w:t>
      </w:r>
    </w:p>
    <w:p>
      <w:pPr>
        <w:spacing w:before="800"/>
        <w:jc w:val="center"/>
      </w:pPr>
      <w:r>
        <w:rPr>
          <w:sz w:val="24"/>
        </w:rPr>
        <w:t>Name: _______________________</w:t>
      </w:r>
    </w:p>
    <w:p>
      <w:r>
        <w:br w:type="page"/>
      </w:r>
    </w:p>
    <w:p>
      <w:pPr>
        <w:spacing w:after="20" w:before="160" w:line="240" w:lineRule="auto"/>
        <w:pStyle w:val="Heading1"/>
        <w:shd w:val="clear" w:fill="0B3D59"/>
      </w:pPr>
      <w:r>
        <w:rPr>
          <w:rFonts w:ascii="Aptos Display" w:hAnsi="Aptos Display"/>
          <w:b/>
          <w:color w:val="0B3A53"/>
          <w:sz w:val="36"/>
        </w:rPr>
        <w:t xml:space="preserve">  TASKS: DAY 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92D"/>
          <w:sz w:val="20"/>
        </w:rPr>
        <w:t>Week 1 - Chapters 1-2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1: The Old Sea-dog at the 'Admiral Benbow', and Chapter 2: Black Dog Appears and Disappears.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What makes Billy Bones such a menacing, mysterious character?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research 18th-century English coastal inns and smuggling.</w:t>
      </w:r>
    </w:p>
    <w:p>
      <w:pPr>
        <w:spacing w:before="160" w:after="40" w:line="240" w:lineRule="auto"/>
      </w:pPr>
      <w:r>
        <w:rPr>
          <w:rFonts w:ascii="Aptos" w:hAnsi="Aptos"/>
          <w:b/>
          <w:color w:val="B6792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B3D59"/>
      </w:pPr>
      <w:r>
        <w:rPr>
          <w:rFonts w:ascii="Aptos Display" w:hAnsi="Aptos Display"/>
          <w:b/>
          <w:color w:val="0B3A53"/>
          <w:sz w:val="36"/>
        </w:rPr>
        <w:t xml:space="preserve">  TASKS: DAY 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92D"/>
          <w:sz w:val="20"/>
        </w:rPr>
        <w:t>Week 1 - Chapters 3-4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3: The Black Spot, and Chapter 4: The Sea-chest.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is 'the black spot', and why is it so frightening to Billy Bones?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Literacy: start your pirate vocabulary glossary.</w:t>
      </w:r>
    </w:p>
    <w:p>
      <w:pPr>
        <w:spacing w:before="160" w:after="40" w:line="240" w:lineRule="auto"/>
      </w:pPr>
      <w:r>
        <w:rPr>
          <w:rFonts w:ascii="Aptos" w:hAnsi="Aptos"/>
          <w:b/>
          <w:color w:val="B6792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B3D59"/>
      </w:pPr>
      <w:r>
        <w:rPr>
          <w:rFonts w:ascii="Aptos Display" w:hAnsi="Aptos Display"/>
          <w:b/>
          <w:color w:val="0B3A53"/>
          <w:sz w:val="36"/>
        </w:rPr>
        <w:t xml:space="preserve">  TASKS: DAY 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92D"/>
          <w:sz w:val="20"/>
        </w:rPr>
        <w:t>Week 1 - Chapters 5-6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5: The Last of the Blind Man, and Chapter 6: The Captain's Papers.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the death of Pew and its impact on Jim.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Geography: begin studying the treasure map - what details does it include?</w:t>
      </w:r>
    </w:p>
    <w:p>
      <w:pPr>
        <w:spacing w:before="160" w:after="40" w:line="240" w:lineRule="auto"/>
      </w:pPr>
      <w:r>
        <w:rPr>
          <w:rFonts w:ascii="Aptos" w:hAnsi="Aptos"/>
          <w:b/>
          <w:color w:val="B6792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B3D59"/>
      </w:pPr>
      <w:r>
        <w:rPr>
          <w:rFonts w:ascii="Aptos Display" w:hAnsi="Aptos Display"/>
          <w:b/>
          <w:color w:val="0B3A53"/>
          <w:sz w:val="36"/>
        </w:rPr>
        <w:t xml:space="preserve">  TASKS: DAY 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92D"/>
          <w:sz w:val="20"/>
        </w:rPr>
        <w:t>Week 1 - Chapters 7-8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7: I Go to Bristol, and Chapter 8: At the Sign of the Spy-glass.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This is our introduction to Long John Silver. Why does everyone seem to trust him?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Begin your Silver character study - note your first impressions.</w:t>
      </w:r>
    </w:p>
    <w:p>
      <w:pPr>
        <w:spacing w:before="160" w:after="40" w:line="240" w:lineRule="auto"/>
      </w:pPr>
      <w:r>
        <w:rPr>
          <w:rFonts w:ascii="Aptos" w:hAnsi="Aptos"/>
          <w:b/>
          <w:color w:val="B6792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B3D59"/>
      </w:pPr>
      <w:r>
        <w:rPr>
          <w:rFonts w:ascii="Aptos Display" w:hAnsi="Aptos Display"/>
          <w:b/>
          <w:color w:val="0B3A53"/>
          <w:sz w:val="36"/>
        </w:rPr>
        <w:t xml:space="preserve">  TASKS: DAY 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92D"/>
          <w:sz w:val="20"/>
        </w:rPr>
        <w:t>Week 2 - Chapters 9-10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9: Powder and Arms, and Chapter 10: The Voyage.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SCIENCE:</w:t>
      </w:r>
    </w:p>
    <w:p>
      <w:pPr>
        <w:spacing w:after="120"/>
      </w:pPr>
      <w:r>
        <w:rPr>
          <w:i w:val="0"/>
          <w:sz w:val="24"/>
        </w:rPr>
        <w:t>Research 18th-century sailing ships - how they were rigged, sailed and provisioned.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Narration: describe daily life aboard the Hispaniola.</w:t>
      </w:r>
    </w:p>
    <w:p>
      <w:pPr>
        <w:spacing w:before="160" w:after="40" w:line="240" w:lineRule="auto"/>
      </w:pPr>
      <w:r>
        <w:rPr>
          <w:rFonts w:ascii="Aptos" w:hAnsi="Aptos"/>
          <w:b/>
          <w:color w:val="B6792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B3D59"/>
      </w:pPr>
      <w:r>
        <w:rPr>
          <w:rFonts w:ascii="Aptos Display" w:hAnsi="Aptos Display"/>
          <w:b/>
          <w:color w:val="0B3A53"/>
          <w:sz w:val="36"/>
        </w:rPr>
        <w:t xml:space="preserve">  TASKS: DAY 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92D"/>
          <w:sz w:val="20"/>
        </w:rPr>
        <w:t>Week 2 - Chapters 11-12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11: What I Heard in the Apple-Barrel, and Chapter 12: Council of War.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Stevenson build tension as Jim overhears the mutiny plot?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Writing: write Jim's inner thoughts as he hides in the barrel.</w:t>
      </w:r>
    </w:p>
    <w:p>
      <w:pPr>
        <w:spacing w:before="160" w:after="40" w:line="240" w:lineRule="auto"/>
      </w:pPr>
      <w:r>
        <w:rPr>
          <w:rFonts w:ascii="Aptos" w:hAnsi="Aptos"/>
          <w:b/>
          <w:color w:val="B6792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B3D59"/>
      </w:pPr>
      <w:r>
        <w:rPr>
          <w:rFonts w:ascii="Aptos Display" w:hAnsi="Aptos Display"/>
          <w:b/>
          <w:color w:val="0B3A53"/>
          <w:sz w:val="36"/>
        </w:rPr>
        <w:t xml:space="preserve">  TASKS: DAY 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92D"/>
          <w:sz w:val="20"/>
        </w:rPr>
        <w:t>Week 2 - Chapters 13-14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13: How I Began My Shore Adventure, and Chapter 14: The First Blow.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the island as Jim first sees it.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this is the first violence in the book. How does Stevenson handle it?</w:t>
      </w:r>
    </w:p>
    <w:p>
      <w:pPr>
        <w:spacing w:before="160" w:after="40" w:line="240" w:lineRule="auto"/>
      </w:pPr>
      <w:r>
        <w:rPr>
          <w:rFonts w:ascii="Aptos" w:hAnsi="Aptos"/>
          <w:b/>
          <w:color w:val="B6792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B3D59"/>
      </w:pPr>
      <w:r>
        <w:rPr>
          <w:rFonts w:ascii="Aptos Display" w:hAnsi="Aptos Display"/>
          <w:b/>
          <w:color w:val="0B3A53"/>
          <w:sz w:val="36"/>
        </w:rPr>
        <w:t xml:space="preserve">  TASKS: DAY 8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92D"/>
          <w:sz w:val="20"/>
        </w:rPr>
        <w:t>Week 2 - Chapter 15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15: The Man of the Island.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does Ben Gunn's story tell us about the dangers of the treasure and of being marooned?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Art: draw Ben Gunn as Stevenson describes him.</w:t>
      </w:r>
    </w:p>
    <w:p>
      <w:pPr>
        <w:spacing w:before="160" w:after="40" w:line="240" w:lineRule="auto"/>
      </w:pPr>
      <w:r>
        <w:rPr>
          <w:rFonts w:ascii="Aptos" w:hAnsi="Aptos"/>
          <w:b/>
          <w:color w:val="B6792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B3D59"/>
      </w:pPr>
      <w:r>
        <w:rPr>
          <w:rFonts w:ascii="Aptos Display" w:hAnsi="Aptos Display"/>
          <w:b/>
          <w:color w:val="0B3A53"/>
          <w:sz w:val="36"/>
        </w:rPr>
        <w:t xml:space="preserve">  TASKS: DAY 9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92D"/>
          <w:sz w:val="20"/>
        </w:rPr>
        <w:t>Week 3 - Chapters 16-17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16: Narrative Continued by the Doctor - How the Ship Was Abandoned, and Chapter 17: The Jolly-boat's Last Trip.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Why might Stevenson switch narrators here? What does Dr Livesey's account add that Jim's couldn't?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Compare Dr Livesey's calm, factual voice to Jim's more excitable one.</w:t>
      </w:r>
    </w:p>
    <w:p>
      <w:pPr>
        <w:spacing w:before="160" w:after="40" w:line="240" w:lineRule="auto"/>
      </w:pPr>
      <w:r>
        <w:rPr>
          <w:rFonts w:ascii="Aptos" w:hAnsi="Aptos"/>
          <w:b/>
          <w:color w:val="B6792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B3D59"/>
      </w:pPr>
      <w:r>
        <w:rPr>
          <w:rFonts w:ascii="Aptos Display" w:hAnsi="Aptos Display"/>
          <w:b/>
          <w:color w:val="0B3A53"/>
          <w:sz w:val="36"/>
        </w:rPr>
        <w:t xml:space="preserve">  TASKS: DAY 10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92D"/>
          <w:sz w:val="20"/>
        </w:rPr>
        <w:t>Week 3 - Chapters 18-19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18: End of the First Day's Fighting, and Chapter 19: The Garrison in the Stockade.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Summarise the fighting so far, from both narrators' accounts.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what makes Captain Smollett a good leader under pressure?</w:t>
      </w:r>
    </w:p>
    <w:p>
      <w:pPr>
        <w:spacing w:before="160" w:after="40" w:line="240" w:lineRule="auto"/>
      </w:pPr>
      <w:r>
        <w:rPr>
          <w:rFonts w:ascii="Aptos" w:hAnsi="Aptos"/>
          <w:b/>
          <w:color w:val="B6792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B3D59"/>
      </w:pPr>
      <w:r>
        <w:rPr>
          <w:rFonts w:ascii="Aptos Display" w:hAnsi="Aptos Display"/>
          <w:b/>
          <w:color w:val="0B3A53"/>
          <w:sz w:val="36"/>
        </w:rPr>
        <w:t xml:space="preserve">  TASKS: DAY 11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92D"/>
          <w:sz w:val="20"/>
        </w:rPr>
        <w:t>Week 3 - Chapters 20-21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20: Silver's Embassy, and Chapter 21: The Attack.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DRAMA:</w:t>
      </w:r>
    </w:p>
    <w:p>
      <w:pPr>
        <w:spacing w:after="120"/>
      </w:pPr>
      <w:r>
        <w:rPr>
          <w:i w:val="0"/>
          <w:sz w:val="24"/>
        </w:rPr>
        <w:t>Perform the negotiation between Silver and Captain Smollett.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what does this scene reveal about Silver's character?</w:t>
      </w:r>
    </w:p>
    <w:p>
      <w:pPr>
        <w:spacing w:before="160" w:after="40" w:line="240" w:lineRule="auto"/>
      </w:pPr>
      <w:r>
        <w:rPr>
          <w:rFonts w:ascii="Aptos" w:hAnsi="Aptos"/>
          <w:b/>
          <w:color w:val="B6792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B3D59"/>
      </w:pPr>
      <w:r>
        <w:rPr>
          <w:rFonts w:ascii="Aptos Display" w:hAnsi="Aptos Display"/>
          <w:b/>
          <w:color w:val="0B3A53"/>
          <w:sz w:val="36"/>
        </w:rPr>
        <w:t xml:space="preserve">  TASKS: DAY 12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92D"/>
          <w:sz w:val="20"/>
        </w:rPr>
        <w:t>Week 3 - Chapters 22-23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22: How I Began My Sea Adventure, and Chapter 23: The Ebb-tide Runs.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SCIENCE:</w:t>
      </w:r>
    </w:p>
    <w:p>
      <w:pPr>
        <w:spacing w:after="120"/>
      </w:pPr>
      <w:r>
        <w:rPr>
          <w:i w:val="0"/>
          <w:sz w:val="24"/>
        </w:rPr>
        <w:t>Research tides, and how they might affect a small boat like Jim's coracle.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Narration: describe Jim's coracle and his plan.</w:t>
      </w:r>
    </w:p>
    <w:p>
      <w:pPr>
        <w:spacing w:before="160" w:after="40" w:line="240" w:lineRule="auto"/>
      </w:pPr>
      <w:r>
        <w:rPr>
          <w:rFonts w:ascii="Aptos" w:hAnsi="Aptos"/>
          <w:b/>
          <w:color w:val="B6792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B3D59"/>
      </w:pPr>
      <w:r>
        <w:rPr>
          <w:rFonts w:ascii="Aptos Display" w:hAnsi="Aptos Display"/>
          <w:b/>
          <w:color w:val="0B3A53"/>
          <w:sz w:val="36"/>
        </w:rPr>
        <w:t xml:space="preserve">  TASKS: DAY 13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92D"/>
          <w:sz w:val="20"/>
        </w:rPr>
        <w:t>Week 3 - Chapters 24-25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24: The Cruise of the Coracle, and Chapter 25: I Strike the Jolly Roger.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Jim's daring solo adventure in your own words.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why does Jim take such risks throughout the book?</w:t>
      </w:r>
    </w:p>
    <w:p>
      <w:pPr>
        <w:spacing w:before="160" w:after="40" w:line="240" w:lineRule="auto"/>
      </w:pPr>
      <w:r>
        <w:rPr>
          <w:rFonts w:ascii="Aptos" w:hAnsi="Aptos"/>
          <w:b/>
          <w:color w:val="B6792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B3D59"/>
      </w:pPr>
      <w:r>
        <w:rPr>
          <w:rFonts w:ascii="Aptos Display" w:hAnsi="Aptos Display"/>
          <w:b/>
          <w:color w:val="0B3A53"/>
          <w:sz w:val="36"/>
        </w:rPr>
        <w:t xml:space="preserve">  TASKS: DAY 14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92D"/>
          <w:sz w:val="20"/>
        </w:rPr>
        <w:t>Week 3 - Chapters 26-27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26: Israel Hands, and Chapter 27: 'Pieces of Eight'.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Stevenson build suspense in the fight with Israel Hands?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Extension: how does Stevenson use short sentences and pace to build tension in this chapter?</w:t>
      </w:r>
    </w:p>
    <w:p>
      <w:pPr>
        <w:spacing w:before="160" w:after="40" w:line="240" w:lineRule="auto"/>
      </w:pPr>
      <w:r>
        <w:rPr>
          <w:rFonts w:ascii="Aptos" w:hAnsi="Aptos"/>
          <w:b/>
          <w:color w:val="B6792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B3D59"/>
      </w:pPr>
      <w:r>
        <w:rPr>
          <w:rFonts w:ascii="Aptos Display" w:hAnsi="Aptos Display"/>
          <w:b/>
          <w:color w:val="0B3A53"/>
          <w:sz w:val="36"/>
        </w:rPr>
        <w:t xml:space="preserve">  TASKS: DAY 15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92D"/>
          <w:sz w:val="20"/>
        </w:rPr>
        <w:t>Week 4 - Chapters 28-29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28: In the Enemy's Camp, and Chapter 29: The Black Spot Again.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Why does Jim choose to return to the stockade, even though it's now full of pirates?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Update your Silver character study with new evidence.</w:t>
      </w:r>
    </w:p>
    <w:p>
      <w:pPr>
        <w:spacing w:before="160" w:after="40" w:line="240" w:lineRule="auto"/>
      </w:pPr>
      <w:r>
        <w:rPr>
          <w:rFonts w:ascii="Aptos" w:hAnsi="Aptos"/>
          <w:b/>
          <w:color w:val="B6792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B3D59"/>
      </w:pPr>
      <w:r>
        <w:rPr>
          <w:rFonts w:ascii="Aptos Display" w:hAnsi="Aptos Display"/>
          <w:b/>
          <w:color w:val="0B3A53"/>
          <w:sz w:val="36"/>
        </w:rPr>
        <w:t xml:space="preserve">  TASKS: DAY 16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92D"/>
          <w:sz w:val="20"/>
        </w:rPr>
        <w:t>Week 4 - Chapters 30-31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30: On Parole, and Chapter 31: The Treasure-hunt - Flint's Pointer.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GEOGRAPHY:</w:t>
      </w:r>
    </w:p>
    <w:p>
      <w:pPr>
        <w:spacing w:after="120"/>
      </w:pPr>
      <w:r>
        <w:rPr>
          <w:i w:val="0"/>
          <w:sz w:val="24"/>
        </w:rPr>
        <w:t>Follow the treasure hunt using the map - can you track their route?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why does Silver seem to switch sides again here?</w:t>
      </w:r>
    </w:p>
    <w:p>
      <w:pPr>
        <w:spacing w:before="160" w:after="40" w:line="240" w:lineRule="auto"/>
      </w:pPr>
      <w:r>
        <w:rPr>
          <w:rFonts w:ascii="Aptos" w:hAnsi="Aptos"/>
          <w:b/>
          <w:color w:val="B6792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B3D59"/>
      </w:pPr>
      <w:r>
        <w:rPr>
          <w:rFonts w:ascii="Aptos Display" w:hAnsi="Aptos Display"/>
          <w:b/>
          <w:color w:val="0B3A53"/>
          <w:sz w:val="36"/>
        </w:rPr>
        <w:t xml:space="preserve">  TASKS: DAY 17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92D"/>
          <w:sz w:val="20"/>
        </w:rPr>
        <w:t>Week 4 - Chapters 32-34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32: The Treasure-hunt - The Voice Among the Trees, Chapter 33: The Fall of a Chieftain, and Chapter 34: And Last.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happens to Silver at the end? Do you think he deserves his fate?</w:t>
      </w:r>
    </w:p>
    <w:p>
      <w:pPr>
        <w:spacing w:before="100" w:after="20" w:line="240" w:lineRule="auto"/>
      </w:pPr>
      <w:r>
        <w:rPr>
          <w:rFonts w:ascii="Aptos" w:hAnsi="Aptos"/>
          <w:b/>
          <w:color w:val="2B7A7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Wrap-up: compare the endings for different characters - who is punished, who is rewarded, and is this fair?</w:t>
      </w:r>
    </w:p>
    <w:p>
      <w:pPr>
        <w:spacing w:before="160" w:after="40" w:line="240" w:lineRule="auto"/>
      </w:pPr>
      <w:r>
        <w:rPr>
          <w:rFonts w:ascii="Aptos" w:hAnsi="Aptos"/>
          <w:b/>
          <w:color w:val="B6792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pStyle w:val="Heading1"/>
        <w:shd w:val="clear" w:fill="B26A00"/>
      </w:pPr>
      <w:r>
        <w:rPr>
          <w:rFonts w:ascii="Aptos Display" w:hAnsi="Aptos Display"/>
          <w:b/>
          <w:color w:val="0B3A53"/>
          <w:sz w:val="36"/>
        </w:rPr>
        <w:t xml:space="preserve">  LONG JOHN SILVER: CHARACTER STUDY</w:t>
      </w:r>
    </w:p>
    <w:p>
      <w:pPr>
        <w:spacing w:after="120"/>
      </w:pPr>
      <w:r>
        <w:rPr>
          <w:i w:val="0"/>
          <w:sz w:val="24"/>
        </w:rPr>
        <w:t>Add evidence as you read. Is Silver good, bad, or something in between?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0B3A5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Silver does or says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0B3A5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Chapter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0B3A5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it suggests about him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</w:tr>
    </w:tbl>
    <w:p>
      <w:r>
        <w:br w:type="page"/>
      </w:r>
    </w:p>
    <w:p>
      <w:pPr>
        <w:spacing w:after="200"/>
        <w:pStyle w:val="Heading1"/>
        <w:shd w:val="clear" w:fill="2F5D3A"/>
      </w:pPr>
      <w:r>
        <w:rPr>
          <w:rFonts w:ascii="Aptos Display" w:hAnsi="Aptos Display"/>
          <w:b/>
          <w:color w:val="0B3A53"/>
          <w:sz w:val="36"/>
        </w:rPr>
        <w:t xml:space="preserve">  PIRATE VOCABULARY GLOSSARY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0B3A5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Word or phrase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0B3A5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it means</w:t>
            </w: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0E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7E6"/>
          </w:tcPr>
          <w:p>
            <w:pPr>
              <w:spacing w:before="20" w:after="20" w:line="240" w:lineRule="auto"/>
            </w:pP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B6792D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ptos" w:hAnsi="Aptos"/>
        <w:b/>
        <w:color w:val="2B7A78"/>
        <w:sz w:val="17"/>
      </w:rPr>
      <w:t>TREASURE ISLAND  |  LEARNING BOOKLET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173D4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3A53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B7A7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B6792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