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A9150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4A3B38"/>
          <w:sz w:val="54"/>
        </w:rPr>
        <w:t>THE WAR OF THE WORLDS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r-worlds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A9150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Book One, I-II: The Eve of the War; The Falling Star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Astronomers see strange flashes on Mars. Soon a 'falling star' - really the first cylinder - lands on Horsell Common, and life carries calmly on.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 the Martians first announce themselves, and how calmly does ordinary life continue?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the planet Mars, and why Victorians imagined there was life on it.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Book One, III-IV: On Horsell Common; The Cylinder Opens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curious crowd gathers around the pit. The great cylinder slowly unscrews, and the first Martian heaves itself into view.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crowd at the pit and their first sight of a Martian.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almost no one grasp the danger at first?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1 - Book One, V-VI: The Heat-Ray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 party approaches the pit with a white flag of peace - and is destroyed by the Martians' invisible Heat-Ray.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fate of the men who approach the Martians with a flag of truce.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how a laser works, and compare it to Wells's Heat-Ray.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2 - Book One, VII-VIII: How I Reached Home; Friday Night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narrator returns to his wife amid an uneasy calm, as more cylinders fall and the country slowly wakes to its danger.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Wells build a feeling of dread during this quiet pause before the storm?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begin mapping the invasion as it spreads across Surrey.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2 - Book One, IX-X: The Fighting Begins; In the Storm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towering fighting-machines rise up, the army opens fire, and the narrator is swept into a desperate flight through a thunderstorm.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how the fighting-machines appear and the narrator's escape through the storm.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a Martian tripod striding through the rain and lightning.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2 - Book One, XI-XII: At the Window; Destruction of Weybridge and Shepperton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army manages to bring down a single Martian, but at a fearful cost, as whole towns are destroyed and the red weed begins to spread.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A Martian is destroyed at last. Why does this rare victory feel so small against the invasion?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the 'red weed' spreads fast. Research real invasive species and the harm they do.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3 - Book One, XIII-XIV: The Curate; In London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narrator falls in with a frightened curate, while his brother, in London, watches the great city begin to panic.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Introduce the curate, and describe how London first reacts to the news.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people first react when normal life is suddenly threatened.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3 - Book One, XV-XVI: What Had Happened in Surrey; The Exodus from London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Martians unleash a suffocating Black Smoke, and millions flee the capital in a vast, chaotic exodus.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horror of the Black Smoke and the desperate flight from London.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real mass evacuations, and how societies cope under them.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3 - Book One XVII + Book Two I-II: The Thunder Child; Under Foot; The Ruined House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ironclad warship Thunder Child charges the machines to save fleeing ships. Then the narrator is trapped in a ruined house, watching the Martians at work.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Thunder Child's heroic charge against the fighting-machines.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the narrator is now trapped and helpless. How does the mood change as Book Two begins?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Book Two, III-IV: The Days of Imprisonment; The Death of the Curate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Trapped for days in the ruined house, the narrator and the curate turn on each other, with tragic results.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Fear affects the narrator and the curate very differently. What does it do to each of them?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how extreme stress and fear can change how people behave.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Book Two, V-VI: The Stillness; The Work of Fifteen Days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narrator escapes into a strange, silent land smothered by red weed, and surveys the ruin the Martians have made.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changed, silent, weed-covered world the narrator walks into.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how ecosystems recover after a major disaster.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Book Two, VII: The Man on Putney Hill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narrator meets the artilleryman again, who lays out a grand plan for humanity to live underground and fight back - but does almost nothing.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The artilleryman talks boldly but acts idly. What is Wells saying about people through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Drama: perform the artilleryman's speech, and let your audience decide whether to believe him.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Book Two, VIII: Dead London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narrator walks through an eerily deserted London - and finds the mighty Martians lying dead in their machines.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'Dead London', and the narrator's astonishing discovery.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Science: research germs and the immune system - what really defeats the Martians?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7A2E1E"/>
      </w:pPr>
      <w:r>
        <w:rPr>
          <w:b/>
          <w:color w:val="FFFFFF"/>
          <w:sz w:val="40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A9150"/>
          <w:sz w:val="20"/>
        </w:rPr>
        <w:t>Week 4 - Book Two, IX-X: Wreckage; The Epilogue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world slowly recovers, the narrator is reunited with his wife, and he reflects on what the invasion has taught humankind.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How does the world recover, and what lasting lesson does the narrator draw from it all?</w:t>
      </w:r>
    </w:p>
    <w:p>
      <w:pPr>
        <w:spacing w:before="100" w:after="20" w:line="240" w:lineRule="auto"/>
      </w:pPr>
      <w:r>
        <w:rPr>
          <w:rFonts w:ascii="Aptos" w:hAnsi="Aptos"/>
          <w:b/>
          <w:color w:val="7B6166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'The Martians treat us as we treat lesser creatures.' How does Wells use the invasion to hold up a mirror to the British Empire?</w:t>
      </w:r>
    </w:p>
    <w:p>
      <w:pPr>
        <w:spacing w:before="160" w:after="40" w:line="240" w:lineRule="auto"/>
      </w:pPr>
      <w:r>
        <w:rPr>
          <w:rFonts w:ascii="Aptos" w:hAnsi="Aptos"/>
          <w:b/>
          <w:color w:val="BA915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shd w:val="clear" w:fill="394048"/>
      </w:pPr>
      <w:r>
        <w:rPr>
          <w:b/>
          <w:color w:val="FFFFFF"/>
          <w:sz w:val="40"/>
        </w:rPr>
        <w:t xml:space="preserve">  MY READING JOURNAL</w:t>
      </w:r>
    </w:p>
    <w:p>
      <w:pPr>
        <w:spacing w:after="120"/>
      </w:pPr>
      <w:r>
        <w:rPr>
          <w:i w:val="0"/>
          <w:sz w:val="24"/>
        </w:rPr>
        <w:t>Keep your own eyewitness journal of the invasion - note what happens, and how humanity's fortunes rise and fall.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happened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Who is winning now?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shd w:val="clear" w:fill="5E7A2E"/>
      </w:pPr>
      <w:r>
        <w:rPr>
          <w:b/>
          <w:color w:val="FFFFFF"/>
          <w:sz w:val="40"/>
        </w:rPr>
        <w:t xml:space="preserve">  SCIENCE VS STORY</w:t>
      </w:r>
    </w:p>
    <w:p>
      <w:pPr>
        <w:spacing w:after="120"/>
      </w:pPr>
      <w:r>
        <w:rPr>
          <w:i w:val="0"/>
          <w:sz w:val="24"/>
        </w:rPr>
        <w:t>Wells mixes real science with invention. For each idea in the book, note the real science behind it - and how close Wells came.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Idea in the book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4A3B38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The real science</w:t>
            </w: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Life on Mars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The Heat-Ray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The red weed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0E4DE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13634"/>
                <w:sz w:val="18"/>
              </w:rPr>
              <w:t>Why the Martians die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CF7ED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A915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7B6166"/>
        <w:sz w:val="17"/>
      </w:rPr>
      <w:t>SHERLOCK HOLMES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4136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3B3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B6166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A91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