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  <w:jc w:val="center"/>
      </w:pPr>
      <w:r>
        <w:rPr>
          <w:rFonts w:ascii="Aptos" w:hAnsi="Aptos"/>
          <w:b/>
          <w:color w:val="BA9150"/>
          <w:sz w:val="17"/>
        </w:rPr>
        <w:t>INDEPENDENT STUDY COMPANION</w:t>
      </w:r>
    </w:p>
    <w:p>
      <w:pPr>
        <w:spacing w:before="0" w:after="60" w:line="240" w:lineRule="auto"/>
        <w:jc w:val="center"/>
      </w:pPr>
      <w:r>
        <w:rPr>
          <w:rFonts w:ascii="Aptos Display" w:hAnsi="Aptos Display"/>
          <w:b/>
          <w:color w:val="4A3B38"/>
          <w:sz w:val="54"/>
        </w:rPr>
        <w:t>THE PICTURE OF DORIAN GRAY</w:t>
      </w:r>
    </w:p>
    <w:p>
      <w:pPr>
        <w:spacing w:after="180"/>
        <w:jc w:val="center"/>
      </w:pPr>
      <w:r>
        <w:drawing>
          <wp:inline xmlns:a="http://schemas.openxmlformats.org/drawingml/2006/main" xmlns:pic="http://schemas.openxmlformats.org/drawingml/2006/picture">
            <wp:extent cx="5760720" cy="214884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orian-cover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488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220" w:line="240" w:lineRule="auto"/>
        <w:jc w:val="center"/>
      </w:pPr>
      <w:r>
        <w:rPr>
          <w:rFonts w:ascii="Aptos" w:hAnsi="Aptos"/>
          <w:b/>
          <w:color w:val="BA9150"/>
          <w:sz w:val="24"/>
        </w:rPr>
        <w:t>A LIVING BOOK STUDY - LEARNING BOOKLET</w:t>
      </w:r>
    </w:p>
    <w:p>
      <w:pPr>
        <w:spacing w:before="800"/>
        <w:jc w:val="center"/>
      </w:pPr>
      <w:r>
        <w:rPr>
          <w:sz w:val="24"/>
        </w:rPr>
        <w:t>Name: _______________________</w:t>
      </w:r>
    </w:p>
    <w:p>
      <w:r>
        <w:br w:type="page"/>
      </w:r>
    </w:p>
    <w:p>
      <w:pPr>
        <w:spacing w:after="200"/>
        <w:shd w:val="clear" w:fill="2C4A38"/>
      </w:pPr>
      <w:r>
        <w:rPr>
          <w:b/>
          <w:color w:val="FFFFFF"/>
          <w:sz w:val="40"/>
        </w:rPr>
        <w:t xml:space="preserve">  TASKS: DAY 1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A9150"/>
          <w:sz w:val="20"/>
        </w:rPr>
        <w:t>Week 1 - Preface + Chapter 1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Wilde's short Preface sets out his ideas about art. Then the painter Basil Hallward finishes a portrait of the beautiful Dorian Gray, watched by the witty, cynical Lord Henry Wotton.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Read the Preface, then meet the three men. What does each seem to want?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Art: research portrait painting, and what a fine portrait can seem to 'capture' about a person.</w:t>
      </w:r>
    </w:p>
    <w:p>
      <w:pPr>
        <w:spacing w:before="160" w:after="40" w:line="240" w:lineRule="auto"/>
      </w:pPr>
      <w:r>
        <w:rPr>
          <w:rFonts w:ascii="Aptos" w:hAnsi="Aptos"/>
          <w:b/>
          <w:color w:val="BA9150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shd w:val="clear" w:fill="2C4A38"/>
      </w:pPr>
      <w:r>
        <w:rPr>
          <w:b/>
          <w:color w:val="FFFFFF"/>
          <w:sz w:val="40"/>
        </w:rPr>
        <w:t xml:space="preserve">  TASKS: DAY 2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A9150"/>
          <w:sz w:val="20"/>
        </w:rPr>
        <w:t>Week 1 - Chapter 2: The Wish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Lord Henry dazzles Dorian with ideas about youth and pleasure. Fearing age, Dorian wishes the portrait would grow old in his place.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Describe Dorian's fateful wish, and what leads him to make it.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Discuss: what exactly does Dorian wish for, and why is it so dangerous?</w:t>
      </w:r>
    </w:p>
    <w:p>
      <w:pPr>
        <w:spacing w:before="160" w:after="40" w:line="240" w:lineRule="auto"/>
      </w:pPr>
      <w:r>
        <w:rPr>
          <w:rFonts w:ascii="Aptos" w:hAnsi="Aptos"/>
          <w:b/>
          <w:color w:val="BA9150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shd w:val="clear" w:fill="2C4A38"/>
      </w:pPr>
      <w:r>
        <w:rPr>
          <w:b/>
          <w:color w:val="FFFFFF"/>
          <w:sz w:val="40"/>
        </w:rPr>
        <w:t xml:space="preserve">  TASKS: DAY 3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A9150"/>
          <w:sz w:val="20"/>
        </w:rPr>
        <w:t>Week 1 - Chapters 3-4: Influence and Love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Lord Henry's grip on Dorian tightens; then Dorian falls headlong in love with a young actress, Sibyl Vane.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How does Lord Henry's influence over Dorian grow, day by day?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PSHE: discuss how much we are shaped by the people we admire.</w:t>
      </w:r>
    </w:p>
    <w:p>
      <w:pPr>
        <w:spacing w:before="160" w:after="40" w:line="240" w:lineRule="auto"/>
      </w:pPr>
      <w:r>
        <w:rPr>
          <w:rFonts w:ascii="Aptos" w:hAnsi="Aptos"/>
          <w:b/>
          <w:color w:val="BA9150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shd w:val="clear" w:fill="2C4A38"/>
      </w:pPr>
      <w:r>
        <w:rPr>
          <w:b/>
          <w:color w:val="FFFFFF"/>
          <w:sz w:val="40"/>
        </w:rPr>
        <w:t xml:space="preserve">  TASKS: DAY 4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A9150"/>
          <w:sz w:val="20"/>
        </w:rPr>
        <w:t>Week 1 - Chapter 5: Sibyl's Family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We meet Sibyl at home with her anxious mother and her devoted brother James, who vows to protect her.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Introduce Sibyl, her mother, and her protective brother James.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Literacy: how does Wilde make us care about Sibyl before what is to come?</w:t>
      </w:r>
    </w:p>
    <w:p>
      <w:pPr>
        <w:spacing w:before="160" w:after="40" w:line="240" w:lineRule="auto"/>
      </w:pPr>
      <w:r>
        <w:rPr>
          <w:rFonts w:ascii="Aptos" w:hAnsi="Aptos"/>
          <w:b/>
          <w:color w:val="BA9150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shd w:val="clear" w:fill="2C4A38"/>
      </w:pPr>
      <w:r>
        <w:rPr>
          <w:b/>
          <w:color w:val="FFFFFF"/>
          <w:sz w:val="40"/>
        </w:rPr>
        <w:t xml:space="preserve">  TASKS: DAY 5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A9150"/>
          <w:sz w:val="20"/>
        </w:rPr>
        <w:t>Week 2 - Chapters 6-7: The First Cruelty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Sibyl acts badly the night Dorian brings friends to watch - real love has made pretending feel false - and he cruelly rejects her. That night the portrait first changes.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Retell how Dorian rejects Sibyl, and what he then notices about the portrait.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Discuss: why does Sibyl act 'badly', and is Dorian's cruelty ever forgivable?</w:t>
      </w:r>
    </w:p>
    <w:p>
      <w:pPr>
        <w:spacing w:before="160" w:after="40" w:line="240" w:lineRule="auto"/>
      </w:pPr>
      <w:r>
        <w:rPr>
          <w:rFonts w:ascii="Aptos" w:hAnsi="Aptos"/>
          <w:b/>
          <w:color w:val="BA9150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shd w:val="clear" w:fill="2C4A38"/>
      </w:pPr>
      <w:r>
        <w:rPr>
          <w:b/>
          <w:color w:val="FFFFFF"/>
          <w:sz w:val="40"/>
        </w:rPr>
        <w:t xml:space="preserve">  TASKS: DAY 6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A9150"/>
          <w:sz w:val="20"/>
        </w:rPr>
        <w:t>Week 2 - Chapter 8: A Hardened Heart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Dorian learns that Sibyl has killed herself. Lord Henry talks him out of his guilt, teaching him to treat it all as a kind of drama.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How does Dorian begin to silence his conscience after Sibyl's death?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RE/PSHE: discuss conscience, and what happens when we train ourselves not to feel guilt.</w:t>
      </w:r>
    </w:p>
    <w:p>
      <w:pPr>
        <w:spacing w:before="160" w:after="40" w:line="240" w:lineRule="auto"/>
      </w:pPr>
      <w:r>
        <w:rPr>
          <w:rFonts w:ascii="Aptos" w:hAnsi="Aptos"/>
          <w:b/>
          <w:color w:val="BA9150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shd w:val="clear" w:fill="2C4A38"/>
      </w:pPr>
      <w:r>
        <w:rPr>
          <w:b/>
          <w:color w:val="FFFFFF"/>
          <w:sz w:val="40"/>
        </w:rPr>
        <w:t xml:space="preserve">  TASKS: DAY 7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A9150"/>
          <w:sz w:val="20"/>
        </w:rPr>
        <w:t>Week 2 - Chapters 9-10: The Portrait Hidden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Dorian locks the portrait away in an old schoolroom, and is drawn deeper into corruption by a mysterious 'yellow book' Lord Henry sends him.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Describe how and why Dorian hides the portrait.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Literacy: explore the idea of a book, or a set of ideas, 'infecting' a person.</w:t>
      </w:r>
    </w:p>
    <w:p>
      <w:pPr>
        <w:spacing w:before="160" w:after="40" w:line="240" w:lineRule="auto"/>
      </w:pPr>
      <w:r>
        <w:rPr>
          <w:rFonts w:ascii="Aptos" w:hAnsi="Aptos"/>
          <w:b/>
          <w:color w:val="BA9150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shd w:val="clear" w:fill="2C4A38"/>
      </w:pPr>
      <w:r>
        <w:rPr>
          <w:b/>
          <w:color w:val="FFFFFF"/>
          <w:sz w:val="40"/>
        </w:rPr>
        <w:t xml:space="preserve">  TASKS: DAY 8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A9150"/>
          <w:sz w:val="20"/>
        </w:rPr>
        <w:t>Week 3 - Chapter 11: Years of Sin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Years pass. Dorian's reputation grows darker with whispered scandals, yet his face stays young and unspoiled while the hidden portrait rots.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How does Wilde show Dorian's secret corruption without spelling out every detail?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History: research Victorian hypocrisy - the gap between public respectability and private life.</w:t>
      </w:r>
    </w:p>
    <w:p>
      <w:pPr>
        <w:spacing w:before="160" w:after="40" w:line="240" w:lineRule="auto"/>
      </w:pPr>
      <w:r>
        <w:rPr>
          <w:rFonts w:ascii="Aptos" w:hAnsi="Aptos"/>
          <w:b/>
          <w:color w:val="BA9150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shd w:val="clear" w:fill="2C4A38"/>
      </w:pPr>
      <w:r>
        <w:rPr>
          <w:b/>
          <w:color w:val="FFFFFF"/>
          <w:sz w:val="40"/>
        </w:rPr>
        <w:t xml:space="preserve">  TASKS: DAY 9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A9150"/>
          <w:sz w:val="20"/>
        </w:rPr>
        <w:t>Week 3 - Chapters 12-13: Murder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Basil confronts Dorian about the terrible rumours. Dorian shows him the hideous portrait - and then murders him.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Retell the confrontation with Basil and its shocking end.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Discuss: this is the story's turning point. How does Wilde make it so shocking?</w:t>
      </w:r>
    </w:p>
    <w:p>
      <w:pPr>
        <w:spacing w:before="160" w:after="40" w:line="240" w:lineRule="auto"/>
      </w:pPr>
      <w:r>
        <w:rPr>
          <w:rFonts w:ascii="Aptos" w:hAnsi="Aptos"/>
          <w:b/>
          <w:color w:val="BA9150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shd w:val="clear" w:fill="2C4A38"/>
      </w:pPr>
      <w:r>
        <w:rPr>
          <w:b/>
          <w:color w:val="FFFFFF"/>
          <w:sz w:val="40"/>
        </w:rPr>
        <w:t xml:space="preserve">  TASKS: DAY 10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A9150"/>
          <w:sz w:val="20"/>
        </w:rPr>
        <w:t>Week 3 - Chapter 14: Covering the Crime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Dorian blackmails an old friend, the scientist Alan Campbell, into destroying Basil's body.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How does one crime force Dorian into more, dragging others down with him?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PSHE: discuss how wrongdoing can trap a person in a chain of further wrongs.</w:t>
      </w:r>
    </w:p>
    <w:p>
      <w:pPr>
        <w:spacing w:before="160" w:after="40" w:line="240" w:lineRule="auto"/>
      </w:pPr>
      <w:r>
        <w:rPr>
          <w:rFonts w:ascii="Aptos" w:hAnsi="Aptos"/>
          <w:b/>
          <w:color w:val="BA9150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shd w:val="clear" w:fill="2C4A38"/>
      </w:pPr>
      <w:r>
        <w:rPr>
          <w:b/>
          <w:color w:val="FFFFFF"/>
          <w:sz w:val="40"/>
        </w:rPr>
        <w:t xml:space="preserve">  TASKS: DAY 11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A9150"/>
          <w:sz w:val="20"/>
        </w:rPr>
        <w:t>Week 4 - Chapters 15-16: The Opium Den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Dorian slips from a glittering party to a squalid opium den, where Sibyl's brother James suddenly recognises him.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Describe Dorian's night, and the danger James Vane now poses.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Science: research how Victorians viewed opium dens, and what addiction really does to a person.</w:t>
      </w:r>
    </w:p>
    <w:p>
      <w:pPr>
        <w:spacing w:before="160" w:after="40" w:line="240" w:lineRule="auto"/>
      </w:pPr>
      <w:r>
        <w:rPr>
          <w:rFonts w:ascii="Aptos" w:hAnsi="Aptos"/>
          <w:b/>
          <w:color w:val="BA9150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shd w:val="clear" w:fill="2C4A38"/>
      </w:pPr>
      <w:r>
        <w:rPr>
          <w:b/>
          <w:color w:val="FFFFFF"/>
          <w:sz w:val="40"/>
        </w:rPr>
        <w:t xml:space="preserve">  TASKS: DAY 12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A9150"/>
          <w:sz w:val="20"/>
        </w:rPr>
        <w:t>Week 4 - Chapters 17-18: The Hunter Killed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James Vane stalks Dorian at his country house, but is killed by accident during a shooting party.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Dorian escapes danger yet again. Is he simply lucky, or is something closing in on him?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Literacy: notice how Wilde keeps a sense of doom hanging over Dorian even in safety.</w:t>
      </w:r>
    </w:p>
    <w:p>
      <w:pPr>
        <w:spacing w:before="160" w:after="40" w:line="240" w:lineRule="auto"/>
      </w:pPr>
      <w:r>
        <w:rPr>
          <w:rFonts w:ascii="Aptos" w:hAnsi="Aptos"/>
          <w:b/>
          <w:color w:val="BA9150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shd w:val="clear" w:fill="2C4A38"/>
      </w:pPr>
      <w:r>
        <w:rPr>
          <w:b/>
          <w:color w:val="FFFFFF"/>
          <w:sz w:val="40"/>
        </w:rPr>
        <w:t xml:space="preserve">  TASKS: DAY 13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A9150"/>
          <w:sz w:val="20"/>
        </w:rPr>
        <w:t>Week 4 - Chapter 19: A False Reform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Dorian resolves to change and be good - but comes to see that even his one 'good deed' was really done out of vanity.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Can Dorian truly reform, or has he left it too late?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RE/PSHE: discuss whether good actions still count if they are done for the wrong reasons.</w:t>
      </w:r>
    </w:p>
    <w:p>
      <w:pPr>
        <w:spacing w:before="160" w:after="40" w:line="240" w:lineRule="auto"/>
      </w:pPr>
      <w:r>
        <w:rPr>
          <w:rFonts w:ascii="Aptos" w:hAnsi="Aptos"/>
          <w:b/>
          <w:color w:val="BA9150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shd w:val="clear" w:fill="2C4A38"/>
      </w:pPr>
      <w:r>
        <w:rPr>
          <w:b/>
          <w:color w:val="FFFFFF"/>
          <w:sz w:val="40"/>
        </w:rPr>
        <w:t xml:space="preserve">  TASKS: DAY 14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A9150"/>
          <w:sz w:val="20"/>
        </w:rPr>
        <w:t>Week 4 - Chapter 20: The Reckoning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Tormented by the portrait, Dorian stabs it to destroy his conscience for good - and is found dead and hideous, while the picture is beautiful once more.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WRAP-UP:</w:t>
      </w:r>
    </w:p>
    <w:p>
      <w:pPr>
        <w:spacing w:after="120"/>
      </w:pPr>
      <w:r>
        <w:rPr>
          <w:i w:val="0"/>
          <w:sz w:val="24"/>
        </w:rPr>
        <w:t>What finally happens, and why is the ending so fitting?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'The portrait is Dorian's conscience made visible.' How does Wilde use it across the whole novel?</w:t>
      </w:r>
    </w:p>
    <w:p>
      <w:pPr>
        <w:spacing w:before="160" w:after="40" w:line="240" w:lineRule="auto"/>
      </w:pPr>
      <w:r>
        <w:rPr>
          <w:rFonts w:ascii="Aptos" w:hAnsi="Aptos"/>
          <w:b/>
          <w:color w:val="BA9150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shd w:val="clear" w:fill="4A2E44"/>
      </w:pPr>
      <w:r>
        <w:rPr>
          <w:b/>
          <w:color w:val="FFFFFF"/>
          <w:sz w:val="40"/>
        </w:rPr>
        <w:t xml:space="preserve">  THE PORTRAIT AS A MIRROR OF THE SOUL</w:t>
      </w:r>
    </w:p>
    <w:p>
      <w:pPr>
        <w:spacing w:after="120"/>
      </w:pPr>
      <w:r>
        <w:rPr>
          <w:i w:val="0"/>
          <w:sz w:val="24"/>
        </w:rPr>
        <w:t>Each time Dorian does wrong, the portrait changes. Track the key changes and what causes each one.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4A3B38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8"/>
              </w:rPr>
              <w:t>What Dorian does</w:t>
            </w:r>
          </w:p>
        </w:tc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4A3B38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8"/>
              </w:rPr>
              <w:t>How the portrait changes</w:t>
            </w:r>
          </w:p>
        </w:tc>
      </w:tr>
      <w:tr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</w:p>
        </w:tc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</w:p>
        </w:tc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</w:p>
        </w:tc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</w:p>
        </w:tc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</w:p>
        </w:tc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</w:p>
        </w:tc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</w:p>
        </w:tc>
      </w:tr>
    </w:tbl>
    <w:p>
      <w:r>
        <w:br w:type="page"/>
      </w:r>
    </w:p>
    <w:p>
      <w:pPr>
        <w:spacing w:after="200"/>
        <w:shd w:val="clear" w:fill="A8823A"/>
      </w:pPr>
      <w:r>
        <w:rPr>
          <w:b/>
          <w:color w:val="FFFFFF"/>
          <w:sz w:val="40"/>
        </w:rPr>
        <w:t xml:space="preserve">  WILDE'S WIT - EPIGRAM COLLECTION</w:t>
      </w:r>
    </w:p>
    <w:p>
      <w:pPr>
        <w:spacing w:after="120"/>
      </w:pPr>
      <w:r>
        <w:rPr>
          <w:i w:val="0"/>
          <w:sz w:val="24"/>
        </w:rPr>
        <w:t>Wilde fills the book with sparkling, upside-down sayings. Collect your favourites here, then try writing three of your own.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4A3B38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8"/>
              </w:rPr>
              <w:t>Epigram from the book</w:t>
            </w:r>
          </w:p>
        </w:tc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4A3B38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8"/>
              </w:rPr>
              <w:t>What it really means</w:t>
            </w:r>
          </w:p>
        </w:tc>
      </w:tr>
      <w:tr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</w:p>
        </w:tc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</w:p>
        </w:tc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</w:p>
        </w:tc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</w:p>
        </w:tc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</w:p>
        </w:tc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</w:p>
        </w:tc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36" w:right="1037" w:bottom="864" w:left="1037" w:header="403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ptos" w:hAnsi="Aptos"/>
        <w:color w:val="BA9150"/>
        <w:sz w:val="17"/>
      </w:rPr>
      <w:t xml:space="preserve">Page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Aptos" w:hAnsi="Aptos"/>
        <w:b/>
        <w:color w:val="7B6166"/>
        <w:sz w:val="17"/>
      </w:rPr>
      <w:t>SHERLOCK HOLMES  |  LEARNING BOOKLET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64" w:lineRule="auto"/>
    </w:pPr>
    <w:rPr>
      <w:rFonts w:ascii="Aptos" w:hAnsi="Aptos"/>
      <w:color w:val="413634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8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4A3B38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7B6166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8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BA915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