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Aptos" w:hAnsi="Aptos"/>
          <w:b/>
          <w:color w:val="BA9150"/>
          <w:sz w:val="17"/>
        </w:rPr>
        <w:t>INDEPENDENT STUDY COMPANION</w:t>
      </w:r>
    </w:p>
    <w:p>
      <w:pPr>
        <w:spacing w:before="0" w:after="60" w:line="240" w:lineRule="auto"/>
        <w:jc w:val="center"/>
      </w:pPr>
      <w:r>
        <w:rPr>
          <w:rFonts w:ascii="Aptos Display" w:hAnsi="Aptos Display"/>
          <w:b/>
          <w:color w:val="4A3B38"/>
          <w:sz w:val="54"/>
        </w:rPr>
        <w:t>ROMEO AND JULIET</w:t>
      </w:r>
    </w:p>
    <w:p>
      <w:pPr>
        <w:spacing w:after="180"/>
        <w:jc w:val="center"/>
      </w:pPr>
      <w:r>
        <w:drawing>
          <wp:inline xmlns:a="http://schemas.openxmlformats.org/drawingml/2006/main" xmlns:pic="http://schemas.openxmlformats.org/drawingml/2006/picture">
            <wp:extent cx="5760720" cy="214884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omeo-juliet-cove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48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220" w:line="240" w:lineRule="auto"/>
        <w:jc w:val="center"/>
      </w:pPr>
      <w:r>
        <w:rPr>
          <w:rFonts w:ascii="Aptos" w:hAnsi="Aptos"/>
          <w:b/>
          <w:color w:val="BA9150"/>
          <w:sz w:val="24"/>
        </w:rPr>
        <w:t>A LIVING BOOK STUDY - LEARNING BOOKLET</w:t>
      </w:r>
    </w:p>
    <w:p>
      <w:pPr>
        <w:spacing w:before="800"/>
        <w:jc w:val="center"/>
      </w:pPr>
      <w:r>
        <w:rPr>
          <w:sz w:val="24"/>
        </w:rPr>
        <w:t>Name: _______________________</w:t>
      </w:r>
    </w:p>
    <w:p>
      <w:r>
        <w:br w:type="page"/>
      </w:r>
    </w:p>
    <w:p>
      <w:pPr>
        <w:spacing w:after="20" w:before="160" w:line="240" w:lineRule="auto"/>
        <w:pStyle w:val="Heading1"/>
        <w:shd w:val="clear" w:fill="8A2E3A"/>
      </w:pPr>
      <w:r>
        <w:rPr>
          <w:rFonts w:ascii="Aptos Display" w:hAnsi="Aptos Display"/>
          <w:b/>
          <w:color w:val="4A3B38"/>
          <w:sz w:val="36"/>
        </w:rPr>
        <w:t xml:space="preserve">  DAY 1: PROLOGUE + ACT 1 SCENE 1</w:t>
      </w:r>
    </w:p>
    <w:p>
      <w:pPr>
        <w:spacing w:before="160" w:after="40"/>
      </w:pPr>
      <w:r>
        <w:rPr>
          <w:b/>
          <w:color w:val="8A2E3A"/>
          <w:sz w:val="24"/>
        </w:rPr>
        <w:t>READ / WATCH:</w:t>
      </w:r>
    </w:p>
    <w:p>
      <w:pPr>
        <w:spacing w:after="120"/>
      </w:pPr>
      <w:r>
        <w:rPr>
          <w:i w:val="0"/>
          <w:sz w:val="24"/>
        </w:rPr>
        <w:t>The Chorus tells us that two 'star-crossed lovers' will die. Then a street brawl between Montagues and Capulets breaks out, and we meet Romeo, moping over a girl called Rosaline.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Describe the feud, the brawl, and the lovesick Romeo we first meet.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Literacy: why does Shakespeare give away the ending in the very first speech?</w:t>
      </w:r>
    </w:p>
    <w:p>
      <w:pPr>
        <w:spacing w:before="160" w:after="40" w:line="240" w:lineRule="auto"/>
      </w:pPr>
      <w:r>
        <w:rPr>
          <w:rFonts w:ascii="Aptos" w:hAnsi="Aptos"/>
          <w:b/>
          <w:color w:val="BA91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8A2E3A"/>
      </w:pPr>
      <w:r>
        <w:rPr>
          <w:rFonts w:ascii="Aptos Display" w:hAnsi="Aptos Display"/>
          <w:b/>
          <w:color w:val="4A3B38"/>
          <w:sz w:val="36"/>
        </w:rPr>
        <w:t xml:space="preserve">  DAY 2: ACT 1 SCENES 2-3</w:t>
      </w:r>
    </w:p>
    <w:p>
      <w:pPr>
        <w:spacing w:before="160" w:after="40"/>
      </w:pPr>
      <w:r>
        <w:rPr>
          <w:b/>
          <w:color w:val="8A2E3A"/>
          <w:sz w:val="24"/>
        </w:rPr>
        <w:t>READ / WATCH:</w:t>
      </w:r>
    </w:p>
    <w:p>
      <w:pPr>
        <w:spacing w:after="120"/>
      </w:pPr>
      <w:r>
        <w:rPr>
          <w:i w:val="0"/>
          <w:sz w:val="24"/>
        </w:rPr>
        <w:t>Count Paris asks Lord Capulet for Juliet's hand, and Juliet's mother and Nurse raise the subject of marriage with her.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How much real say does Juliet have over who she marries?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History: research marriage and the limited choices of daughters in Shakespeare's day.</w:t>
      </w:r>
    </w:p>
    <w:p>
      <w:pPr>
        <w:spacing w:before="160" w:after="40" w:line="240" w:lineRule="auto"/>
      </w:pPr>
      <w:r>
        <w:rPr>
          <w:rFonts w:ascii="Aptos" w:hAnsi="Aptos"/>
          <w:b/>
          <w:color w:val="BA91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8A2E3A"/>
      </w:pPr>
      <w:r>
        <w:rPr>
          <w:rFonts w:ascii="Aptos Display" w:hAnsi="Aptos Display"/>
          <w:b/>
          <w:color w:val="4A3B38"/>
          <w:sz w:val="36"/>
        </w:rPr>
        <w:t xml:space="preserve">  DAY 3: ACT 1 SCENES 4-5</w:t>
      </w:r>
    </w:p>
    <w:p>
      <w:pPr>
        <w:spacing w:before="160" w:after="40"/>
      </w:pPr>
      <w:r>
        <w:rPr>
          <w:b/>
          <w:color w:val="8A2E3A"/>
          <w:sz w:val="24"/>
        </w:rPr>
        <w:t>READ / WATCH:</w:t>
      </w:r>
    </w:p>
    <w:p>
      <w:pPr>
        <w:spacing w:after="120"/>
      </w:pPr>
      <w:r>
        <w:rPr>
          <w:i w:val="0"/>
          <w:sz w:val="24"/>
        </w:rPr>
        <w:t>On the way to the Capulet feast, Mercutio spins his 'Queen Mab' speech. At the feast, Romeo and Juliet meet and fall instantly in love - as Tybalt seethes.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DRAMA:</w:t>
      </w:r>
    </w:p>
    <w:p>
      <w:pPr>
        <w:spacing w:after="120"/>
      </w:pPr>
      <w:r>
        <w:rPr>
          <w:i w:val="0"/>
          <w:sz w:val="24"/>
        </w:rPr>
        <w:t>Read aloud the shared sonnet Romeo and Juliet speak when they first meet and touch hands.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they fall in love at first sight. Is this romantic, or a warning sign?</w:t>
      </w:r>
    </w:p>
    <w:p>
      <w:pPr>
        <w:spacing w:before="160" w:after="40" w:line="240" w:lineRule="auto"/>
      </w:pPr>
      <w:r>
        <w:rPr>
          <w:rFonts w:ascii="Aptos" w:hAnsi="Aptos"/>
          <w:b/>
          <w:color w:val="BA91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8A2E3A"/>
      </w:pPr>
      <w:r>
        <w:rPr>
          <w:rFonts w:ascii="Aptos Display" w:hAnsi="Aptos Display"/>
          <w:b/>
          <w:color w:val="4A3B38"/>
          <w:sz w:val="36"/>
        </w:rPr>
        <w:t xml:space="preserve">  DAY 4: ACT 2 CHORUS + SCENES 1-2</w:t>
      </w:r>
    </w:p>
    <w:p>
      <w:pPr>
        <w:spacing w:before="160" w:after="40"/>
      </w:pPr>
      <w:r>
        <w:rPr>
          <w:b/>
          <w:color w:val="8A2E3A"/>
          <w:sz w:val="24"/>
        </w:rPr>
        <w:t>READ / WATCH:</w:t>
      </w:r>
    </w:p>
    <w:p>
      <w:pPr>
        <w:spacing w:after="120"/>
      </w:pPr>
      <w:r>
        <w:rPr>
          <w:i w:val="0"/>
          <w:sz w:val="24"/>
        </w:rPr>
        <w:t>The famous balcony scene: Romeo overhears Juliet confess her love, and the two exchange vows in the moonlit garden.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DRAMA:</w:t>
      </w:r>
    </w:p>
    <w:p>
      <w:pPr>
        <w:spacing w:after="120"/>
      </w:pPr>
      <w:r>
        <w:rPr>
          <w:i w:val="0"/>
          <w:sz w:val="24"/>
        </w:rPr>
        <w:t>Learn and perform a short part of the balcony scene aloud.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Literacy: collect the imagery of light and dark that fills this scene.</w:t>
      </w:r>
    </w:p>
    <w:p>
      <w:pPr>
        <w:spacing w:before="160" w:after="40" w:line="240" w:lineRule="auto"/>
      </w:pPr>
      <w:r>
        <w:rPr>
          <w:rFonts w:ascii="Aptos" w:hAnsi="Aptos"/>
          <w:b/>
          <w:color w:val="BA91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8A2E3A"/>
      </w:pPr>
      <w:r>
        <w:rPr>
          <w:rFonts w:ascii="Aptos Display" w:hAnsi="Aptos Display"/>
          <w:b/>
          <w:color w:val="4A3B38"/>
          <w:sz w:val="36"/>
        </w:rPr>
        <w:t xml:space="preserve">  DAY 5: ACT 2 SCENES 3-4</w:t>
      </w:r>
    </w:p>
    <w:p>
      <w:pPr>
        <w:spacing w:before="160" w:after="40"/>
      </w:pPr>
      <w:r>
        <w:rPr>
          <w:b/>
          <w:color w:val="8A2E3A"/>
          <w:sz w:val="24"/>
        </w:rPr>
        <w:t>READ / WATCH:</w:t>
      </w:r>
    </w:p>
    <w:p>
      <w:pPr>
        <w:spacing w:after="120"/>
      </w:pPr>
      <w:r>
        <w:rPr>
          <w:i w:val="0"/>
          <w:sz w:val="24"/>
        </w:rPr>
        <w:t>Friar Laurence agrees to marry the young couple, hoping their love will end the families' feud, while Mercutio and Romeo trade quick-fire jokes.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Is the Friar wise or reckless to marry Romeo and Juliet so quickly?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Drama: perform some of Mercutio's witty, teasing banter with Romeo.</w:t>
      </w:r>
    </w:p>
    <w:p>
      <w:pPr>
        <w:spacing w:before="160" w:after="40" w:line="240" w:lineRule="auto"/>
      </w:pPr>
      <w:r>
        <w:rPr>
          <w:rFonts w:ascii="Aptos" w:hAnsi="Aptos"/>
          <w:b/>
          <w:color w:val="BA91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8A2E3A"/>
      </w:pPr>
      <w:r>
        <w:rPr>
          <w:rFonts w:ascii="Aptos Display" w:hAnsi="Aptos Display"/>
          <w:b/>
          <w:color w:val="4A3B38"/>
          <w:sz w:val="36"/>
        </w:rPr>
        <w:t xml:space="preserve">  DAY 6: ACT 2 SCENES 5-6</w:t>
      </w:r>
    </w:p>
    <w:p>
      <w:pPr>
        <w:spacing w:before="160" w:after="40"/>
      </w:pPr>
      <w:r>
        <w:rPr>
          <w:b/>
          <w:color w:val="8A2E3A"/>
          <w:sz w:val="24"/>
        </w:rPr>
        <w:t>READ / WATCH:</w:t>
      </w:r>
    </w:p>
    <w:p>
      <w:pPr>
        <w:spacing w:after="120"/>
      </w:pPr>
      <w:r>
        <w:rPr>
          <w:i w:val="0"/>
          <w:sz w:val="24"/>
        </w:rPr>
        <w:t>The Nurse brings Juliet word of the plan, and Friar Laurence marries the lovers in secret.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Retell how the secret marriage is arranged and carried out.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PSHE: the couple marry within days of meeting. Discuss love versus infatuation.</w:t>
      </w:r>
    </w:p>
    <w:p>
      <w:pPr>
        <w:spacing w:before="160" w:after="40" w:line="240" w:lineRule="auto"/>
      </w:pPr>
      <w:r>
        <w:rPr>
          <w:rFonts w:ascii="Aptos" w:hAnsi="Aptos"/>
          <w:b/>
          <w:color w:val="BA91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8A2E3A"/>
      </w:pPr>
      <w:r>
        <w:rPr>
          <w:rFonts w:ascii="Aptos Display" w:hAnsi="Aptos Display"/>
          <w:b/>
          <w:color w:val="4A3B38"/>
          <w:sz w:val="36"/>
        </w:rPr>
        <w:t xml:space="preserve">  DAY 7: ACT 3 SCENE 1</w:t>
      </w:r>
    </w:p>
    <w:p>
      <w:pPr>
        <w:spacing w:before="160" w:after="40"/>
      </w:pPr>
      <w:r>
        <w:rPr>
          <w:b/>
          <w:color w:val="8A2E3A"/>
          <w:sz w:val="24"/>
        </w:rPr>
        <w:t>READ / WATCH:</w:t>
      </w:r>
    </w:p>
    <w:p>
      <w:pPr>
        <w:spacing w:after="120"/>
      </w:pPr>
      <w:r>
        <w:rPr>
          <w:i w:val="0"/>
          <w:sz w:val="24"/>
        </w:rPr>
        <w:t>The play's turning point: Tybalt kills Mercutio, Romeo kills Tybalt in fury, and the Prince banishes Romeo from Verona.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Retell the duel and its consequences, step by step.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after this scene nothing can go back. Who, if anyone, is to blame?</w:t>
      </w:r>
    </w:p>
    <w:p>
      <w:pPr>
        <w:spacing w:before="160" w:after="40" w:line="240" w:lineRule="auto"/>
      </w:pPr>
      <w:r>
        <w:rPr>
          <w:rFonts w:ascii="Aptos" w:hAnsi="Aptos"/>
          <w:b/>
          <w:color w:val="BA91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8A2E3A"/>
      </w:pPr>
      <w:r>
        <w:rPr>
          <w:rFonts w:ascii="Aptos Display" w:hAnsi="Aptos Display"/>
          <w:b/>
          <w:color w:val="4A3B38"/>
          <w:sz w:val="36"/>
        </w:rPr>
        <w:t xml:space="preserve">  DAY 8: ACT 3 SCENES 2-3</w:t>
      </w:r>
    </w:p>
    <w:p>
      <w:pPr>
        <w:spacing w:before="160" w:after="40"/>
      </w:pPr>
      <w:r>
        <w:rPr>
          <w:b/>
          <w:color w:val="8A2E3A"/>
          <w:sz w:val="24"/>
        </w:rPr>
        <w:t>READ / WATCH:</w:t>
      </w:r>
    </w:p>
    <w:p>
      <w:pPr>
        <w:spacing w:after="120"/>
      </w:pPr>
      <w:r>
        <w:rPr>
          <w:i w:val="0"/>
          <w:sz w:val="24"/>
        </w:rPr>
        <w:t>Juliet is torn between grief for Tybalt and love for Romeo, while Romeo despairs at the Friar's cell. A plan is made for one night together.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How do Romeo and Juliet each react to the banishment differently?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Drama: perform part of Juliet's speech as she waits, longing, for night.</w:t>
      </w:r>
    </w:p>
    <w:p>
      <w:pPr>
        <w:spacing w:before="160" w:after="40" w:line="240" w:lineRule="auto"/>
      </w:pPr>
      <w:r>
        <w:rPr>
          <w:rFonts w:ascii="Aptos" w:hAnsi="Aptos"/>
          <w:b/>
          <w:color w:val="BA91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8A2E3A"/>
      </w:pPr>
      <w:r>
        <w:rPr>
          <w:rFonts w:ascii="Aptos Display" w:hAnsi="Aptos Display"/>
          <w:b/>
          <w:color w:val="4A3B38"/>
          <w:sz w:val="36"/>
        </w:rPr>
        <w:t xml:space="preserve">  DAY 9: ACT 3 SCENES 4-5</w:t>
      </w:r>
    </w:p>
    <w:p>
      <w:pPr>
        <w:spacing w:before="160" w:after="40"/>
      </w:pPr>
      <w:r>
        <w:rPr>
          <w:b/>
          <w:color w:val="8A2E3A"/>
          <w:sz w:val="24"/>
        </w:rPr>
        <w:t>READ / WATCH:</w:t>
      </w:r>
    </w:p>
    <w:p>
      <w:pPr>
        <w:spacing w:after="120"/>
      </w:pPr>
      <w:r>
        <w:rPr>
          <w:i w:val="0"/>
          <w:sz w:val="24"/>
        </w:rPr>
        <w:t>Capulet suddenly promises Juliet to Paris. At dawn the lovers part, and when Juliet refuses the match, her father turns on her furiously.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Retell the dawn parting and Juliet's clash with her father.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PSHE: discuss the conflict between Juliet and her parents. Whose behaviour surprises you most?</w:t>
      </w:r>
    </w:p>
    <w:p>
      <w:pPr>
        <w:spacing w:before="160" w:after="40" w:line="240" w:lineRule="auto"/>
      </w:pPr>
      <w:r>
        <w:rPr>
          <w:rFonts w:ascii="Aptos" w:hAnsi="Aptos"/>
          <w:b/>
          <w:color w:val="BA91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8A2E3A"/>
      </w:pPr>
      <w:r>
        <w:rPr>
          <w:rFonts w:ascii="Aptos Display" w:hAnsi="Aptos Display"/>
          <w:b/>
          <w:color w:val="4A3B38"/>
          <w:sz w:val="36"/>
        </w:rPr>
        <w:t xml:space="preserve">  DAY 10: ACT 4 SCENES 1-2</w:t>
      </w:r>
    </w:p>
    <w:p>
      <w:pPr>
        <w:spacing w:before="160" w:after="40"/>
      </w:pPr>
      <w:r>
        <w:rPr>
          <w:b/>
          <w:color w:val="8A2E3A"/>
          <w:sz w:val="24"/>
        </w:rPr>
        <w:t>READ / WATCH:</w:t>
      </w:r>
    </w:p>
    <w:p>
      <w:pPr>
        <w:spacing w:after="120"/>
      </w:pPr>
      <w:r>
        <w:rPr>
          <w:i w:val="0"/>
          <w:sz w:val="24"/>
        </w:rPr>
        <w:t>Desperate, Juliet turns to Friar Laurence, who gives her a potion to make her seem dead; she returns home and pretends to agree to marry Paris.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Explain the Friar's risky plan, step by step.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Science: research what a 'sleeping draught' like this might really have been.</w:t>
      </w:r>
    </w:p>
    <w:p>
      <w:pPr>
        <w:spacing w:before="160" w:after="40" w:line="240" w:lineRule="auto"/>
      </w:pPr>
      <w:r>
        <w:rPr>
          <w:rFonts w:ascii="Aptos" w:hAnsi="Aptos"/>
          <w:b/>
          <w:color w:val="BA91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8A2E3A"/>
      </w:pPr>
      <w:r>
        <w:rPr>
          <w:rFonts w:ascii="Aptos Display" w:hAnsi="Aptos Display"/>
          <w:b/>
          <w:color w:val="4A3B38"/>
          <w:sz w:val="36"/>
        </w:rPr>
        <w:t xml:space="preserve">  DAY 11: ACT 4 SCENES 3-5</w:t>
      </w:r>
    </w:p>
    <w:p>
      <w:pPr>
        <w:spacing w:before="160" w:after="40"/>
      </w:pPr>
      <w:r>
        <w:rPr>
          <w:b/>
          <w:color w:val="8A2E3A"/>
          <w:sz w:val="24"/>
        </w:rPr>
        <w:t>READ / WATCH:</w:t>
      </w:r>
    </w:p>
    <w:p>
      <w:pPr>
        <w:spacing w:after="120"/>
      </w:pPr>
      <w:r>
        <w:rPr>
          <w:i w:val="0"/>
          <w:sz w:val="24"/>
        </w:rPr>
        <w:t>Alone and afraid, Juliet drinks the potion. The next morning her family find her as if dead, and joy turns to mourning.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DRAMA:</w:t>
      </w:r>
    </w:p>
    <w:p>
      <w:pPr>
        <w:spacing w:after="120"/>
      </w:pPr>
      <w:r>
        <w:rPr>
          <w:i w:val="0"/>
          <w:sz w:val="24"/>
        </w:rPr>
        <w:t>Perform Juliet's frightened soliloquy just before she drinks the potion.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how does Shakespeare make us feel Juliet's fear and loneliness here?</w:t>
      </w:r>
    </w:p>
    <w:p>
      <w:pPr>
        <w:spacing w:before="160" w:after="40" w:line="240" w:lineRule="auto"/>
      </w:pPr>
      <w:r>
        <w:rPr>
          <w:rFonts w:ascii="Aptos" w:hAnsi="Aptos"/>
          <w:b/>
          <w:color w:val="BA91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8A2E3A"/>
      </w:pPr>
      <w:r>
        <w:rPr>
          <w:rFonts w:ascii="Aptos Display" w:hAnsi="Aptos Display"/>
          <w:b/>
          <w:color w:val="4A3B38"/>
          <w:sz w:val="36"/>
        </w:rPr>
        <w:t xml:space="preserve">  DAY 12: ACT 5 SCENE 1</w:t>
      </w:r>
    </w:p>
    <w:p>
      <w:pPr>
        <w:spacing w:before="160" w:after="40"/>
      </w:pPr>
      <w:r>
        <w:rPr>
          <w:b/>
          <w:color w:val="8A2E3A"/>
          <w:sz w:val="24"/>
        </w:rPr>
        <w:t>READ / WATCH:</w:t>
      </w:r>
    </w:p>
    <w:p>
      <w:pPr>
        <w:spacing w:after="120"/>
      </w:pPr>
      <w:r>
        <w:rPr>
          <w:i w:val="0"/>
          <w:sz w:val="24"/>
        </w:rPr>
        <w:t>In exile in Mantua, Romeo hears only that Juliet is dead - not of the plan - and buys poison from a poor apothecary, meaning to die beside her.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The whole tragedy now turns on news that arrives wrong. How does Shakespeare build the dread?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Literacy: notice how a single failed message drives the ending.</w:t>
      </w:r>
    </w:p>
    <w:p>
      <w:pPr>
        <w:spacing w:before="160" w:after="40" w:line="240" w:lineRule="auto"/>
      </w:pPr>
      <w:r>
        <w:rPr>
          <w:rFonts w:ascii="Aptos" w:hAnsi="Aptos"/>
          <w:b/>
          <w:color w:val="BA91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8A2E3A"/>
      </w:pPr>
      <w:r>
        <w:rPr>
          <w:rFonts w:ascii="Aptos Display" w:hAnsi="Aptos Display"/>
          <w:b/>
          <w:color w:val="4A3B38"/>
          <w:sz w:val="36"/>
        </w:rPr>
        <w:t xml:space="preserve">  DAY 13: ACT 5 SCENE 2</w:t>
      </w:r>
    </w:p>
    <w:p>
      <w:pPr>
        <w:spacing w:before="160" w:after="40"/>
      </w:pPr>
      <w:r>
        <w:rPr>
          <w:b/>
          <w:color w:val="8A2E3A"/>
          <w:sz w:val="24"/>
        </w:rPr>
        <w:t>READ / WATCH:</w:t>
      </w:r>
    </w:p>
    <w:p>
      <w:pPr>
        <w:spacing w:after="120"/>
      </w:pPr>
      <w:r>
        <w:rPr>
          <w:i w:val="0"/>
          <w:sz w:val="24"/>
        </w:rPr>
        <w:t>Friar Laurence discovers that his letter explaining the plan never reached Romeo, delayed by an outbreak of plague.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Explain exactly why the Friar's plan falls apart.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History: research the plague, and why it could halt travel and messages.</w:t>
      </w:r>
    </w:p>
    <w:p>
      <w:pPr>
        <w:spacing w:before="160" w:after="40" w:line="240" w:lineRule="auto"/>
      </w:pPr>
      <w:r>
        <w:rPr>
          <w:rFonts w:ascii="Aptos" w:hAnsi="Aptos"/>
          <w:b/>
          <w:color w:val="BA91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8A2E3A"/>
      </w:pPr>
      <w:r>
        <w:rPr>
          <w:rFonts w:ascii="Aptos Display" w:hAnsi="Aptos Display"/>
          <w:b/>
          <w:color w:val="4A3B38"/>
          <w:sz w:val="36"/>
        </w:rPr>
        <w:t xml:space="preserve">  DAY 14: ACT 5 SCENE 3</w:t>
      </w:r>
    </w:p>
    <w:p>
      <w:pPr>
        <w:spacing w:before="160" w:after="40"/>
      </w:pPr>
      <w:r>
        <w:rPr>
          <w:b/>
          <w:color w:val="8A2E3A"/>
          <w:sz w:val="24"/>
        </w:rPr>
        <w:t>READ / WATCH:</w:t>
      </w:r>
    </w:p>
    <w:p>
      <w:pPr>
        <w:spacing w:after="120"/>
      </w:pPr>
      <w:r>
        <w:rPr>
          <w:i w:val="0"/>
          <w:sz w:val="24"/>
        </w:rPr>
        <w:t>At the tomb, Paris, Romeo and finally Juliet all die. Faced with their children's bodies, the two families at last make peace.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WRAP-UP:</w:t>
      </w:r>
    </w:p>
    <w:p>
      <w:pPr>
        <w:spacing w:after="120"/>
      </w:pPr>
      <w:r>
        <w:rPr>
          <w:i w:val="0"/>
          <w:sz w:val="24"/>
        </w:rPr>
        <w:t>How do the deaths finally end the feud - and was such a price necessary?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'Fate, not human choice, destroys the lovers.' How far do you agree?</w:t>
      </w:r>
    </w:p>
    <w:p>
      <w:pPr>
        <w:spacing w:before="160" w:after="40" w:line="240" w:lineRule="auto"/>
      </w:pPr>
      <w:r>
        <w:rPr>
          <w:rFonts w:ascii="Aptos" w:hAnsi="Aptos"/>
          <w:b/>
          <w:color w:val="BA91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333A5A"/>
      </w:pPr>
      <w:r>
        <w:rPr>
          <w:b/>
          <w:color w:val="FFFFFF"/>
          <w:sz w:val="40"/>
        </w:rPr>
        <w:t xml:space="preserve">  QUOTATION BANK</w:t>
      </w:r>
    </w:p>
    <w:p>
      <w:pPr>
        <w:spacing w:after="120"/>
      </w:pPr>
      <w:r>
        <w:rPr>
          <w:i w:val="0"/>
          <w:sz w:val="24"/>
        </w:rPr>
        <w:t>Collect the play's key lines here, sorted by theme, ready for discussion and essays. Note who says each line, and when.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4A3B38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Theme (love / conflict / fate)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4A3B38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Quotation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4A3B38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Who / when</w:t>
            </w: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</w:tr>
    </w:tbl>
    <w:p>
      <w:r>
        <w:br w:type="page"/>
      </w:r>
    </w:p>
    <w:p>
      <w:pPr>
        <w:spacing w:after="200"/>
        <w:shd w:val="clear" w:fill="B0862E"/>
      </w:pPr>
      <w:r>
        <w:rPr>
          <w:b/>
          <w:color w:val="FFFFFF"/>
          <w:sz w:val="40"/>
        </w:rPr>
        <w:t xml:space="preserve">  WHO IS TO BLAME?</w:t>
      </w:r>
    </w:p>
    <w:p>
      <w:pPr>
        <w:spacing w:after="120"/>
      </w:pPr>
      <w:r>
        <w:rPr>
          <w:i w:val="0"/>
          <w:sz w:val="24"/>
        </w:rPr>
        <w:t>Many people and forces help cause the tragedy. Give each a share of the blame, with a reason, then decide who is MOST responsible.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4A3B38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Person or force</w:t>
            </w: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4A3B38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Their share of the blame - and why</w:t>
            </w:r>
          </w:p>
        </w:tc>
      </w:tr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8"/>
              </w:rPr>
              <w:t>The feud / the families</w:t>
            </w: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8"/>
              </w:rPr>
              <w:t>Romeo</w:t>
            </w: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8"/>
              </w:rPr>
              <w:t>Juliet</w:t>
            </w: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8"/>
              </w:rPr>
              <w:t>Friar Laurence</w:t>
            </w: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8"/>
              </w:rPr>
              <w:t>The Nurse</w:t>
            </w: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8"/>
              </w:rPr>
              <w:t>Fate / bad luck</w:t>
            </w: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36" w:right="1037" w:bottom="864" w:left="1037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color w:val="BA9150"/>
        <w:sz w:val="17"/>
      </w:rPr>
      <w:t xml:space="preserve">Page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Aptos" w:hAnsi="Aptos"/>
        <w:b/>
        <w:color w:val="7B6166"/>
        <w:sz w:val="17"/>
      </w:rPr>
      <w:t>ROMEO AND JULIET  |  LEARNING BOOKLET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4" w:lineRule="auto"/>
    </w:pPr>
    <w:rPr>
      <w:rFonts w:ascii="Aptos" w:hAnsi="Aptos"/>
      <w:color w:val="41363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4A3B38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7B6166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8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BA915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