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rPr>
          <w:rFonts w:ascii="Aptos" w:hAnsi="Aptos"/>
          <w:b/>
          <w:color w:val="B99858"/>
          <w:sz w:val="17"/>
        </w:rPr>
        <w:t>INDEPENDENT STUDY COMPANION</w:t>
      </w:r>
    </w:p>
    <w:p>
      <w:pPr>
        <w:spacing w:before="0" w:after="60" w:line="240" w:lineRule="auto"/>
        <w:jc w:val="center"/>
      </w:pPr>
      <w:r>
        <w:rPr>
          <w:rFonts w:ascii="Aptos Display" w:hAnsi="Aptos Display"/>
          <w:b/>
          <w:color w:val="3F493E"/>
          <w:sz w:val="54"/>
        </w:rPr>
        <w:t>PRIDE AND PREJUDICE</w:t>
      </w:r>
    </w:p>
    <w:p>
      <w:pPr>
        <w:spacing w:after="180"/>
        <w:jc w:val="center"/>
      </w:pPr>
      <w:r>
        <w:drawing>
          <wp:inline xmlns:a="http://schemas.openxmlformats.org/drawingml/2006/main" xmlns:pic="http://schemas.openxmlformats.org/drawingml/2006/picture">
            <wp:extent cx="5760720" cy="214884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ride-and-prejudice-cover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488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220" w:line="240" w:lineRule="auto"/>
        <w:jc w:val="center"/>
      </w:pPr>
      <w:r>
        <w:rPr>
          <w:rFonts w:ascii="Aptos" w:hAnsi="Aptos"/>
          <w:b/>
          <w:color w:val="B99858"/>
          <w:sz w:val="24"/>
        </w:rPr>
        <w:t>A LIVING BOOK STUDY - LEARNING BOOKLET</w:t>
      </w:r>
    </w:p>
    <w:p>
      <w:pPr>
        <w:spacing w:before="800"/>
        <w:jc w:val="center"/>
      </w:pPr>
      <w:r>
        <w:rPr>
          <w:sz w:val="24"/>
        </w:rPr>
        <w:t>Name: _______________________</w:t>
      </w:r>
    </w:p>
    <w:p>
      <w:r>
        <w:br w:type="page"/>
      </w:r>
    </w:p>
    <w:p>
      <w:pPr>
        <w:spacing w:after="200"/>
        <w:shd w:val="clear" w:fill="2E466E"/>
      </w:pPr>
      <w:r>
        <w:rPr>
          <w:b/>
          <w:color w:val="FFFFFF"/>
          <w:sz w:val="40"/>
        </w:rPr>
        <w:t xml:space="preserve">  TASKS: DAY 1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99858"/>
          <w:sz w:val="20"/>
        </w:rPr>
        <w:t>Week 1 - Chapters 1-3: The Ball at Meryton</w:t>
      </w:r>
    </w:p>
    <w:p>
      <w:pPr>
        <w:spacing w:before="100" w:after="20" w:line="240" w:lineRule="auto"/>
      </w:pPr>
      <w:r>
        <w:rPr>
          <w:rFonts w:ascii="Aptos" w:hAnsi="Aptos"/>
          <w:b/>
          <w:color w:val="6C8171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Mr Bingley, rich and single, rents Netherfield, delighting Mrs Bennet. At the assembly ball his proud friend Mr Darcy snubs Elizabeth Bennet.</w:t>
      </w:r>
    </w:p>
    <w:p>
      <w:pPr>
        <w:spacing w:before="100" w:after="20" w:line="240" w:lineRule="auto"/>
      </w:pPr>
      <w:r>
        <w:rPr>
          <w:rFonts w:ascii="Aptos" w:hAnsi="Aptos"/>
          <w:b/>
          <w:color w:val="6C8171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Retell the arrival of Bingley and the ball where Darcy offends Elizabeth.</w:t>
      </w:r>
    </w:p>
    <w:p>
      <w:pPr>
        <w:spacing w:before="100" w:after="20" w:line="240" w:lineRule="auto"/>
      </w:pPr>
      <w:r>
        <w:rPr>
          <w:rFonts w:ascii="Aptos" w:hAnsi="Aptos"/>
          <w:b/>
          <w:color w:val="6C8171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Literacy: study the famous opening line. What is Austen quietly mocking?</w:t>
      </w:r>
    </w:p>
    <w:p>
      <w:pPr>
        <w:spacing w:before="160" w:after="40" w:line="240" w:lineRule="auto"/>
      </w:pPr>
      <w:r>
        <w:rPr>
          <w:rFonts w:ascii="Aptos" w:hAnsi="Aptos"/>
          <w:b/>
          <w:color w:val="B99858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2E466E"/>
      </w:pPr>
      <w:r>
        <w:rPr>
          <w:b/>
          <w:color w:val="FFFFFF"/>
          <w:sz w:val="40"/>
        </w:rPr>
        <w:t xml:space="preserve">  TASKS: DAY 2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99858"/>
          <w:sz w:val="20"/>
        </w:rPr>
        <w:t>Week 1 - Chapters 4-6: First Impressions</w:t>
      </w:r>
    </w:p>
    <w:p>
      <w:pPr>
        <w:spacing w:before="100" w:after="20" w:line="240" w:lineRule="auto"/>
      </w:pPr>
      <w:r>
        <w:rPr>
          <w:rFonts w:ascii="Aptos" w:hAnsi="Aptos"/>
          <w:b/>
          <w:color w:val="6C8171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The families size one another up. Against his own wishes, Darcy begins to admire Elizabeth's lively wit and fine eyes.</w:t>
      </w:r>
    </w:p>
    <w:p>
      <w:pPr>
        <w:spacing w:before="100" w:after="20" w:line="240" w:lineRule="auto"/>
      </w:pPr>
      <w:r>
        <w:rPr>
          <w:rFonts w:ascii="Aptos" w:hAnsi="Aptos"/>
          <w:b/>
          <w:color w:val="6C8171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First impressions form fast here. What does each family decide about the others?</w:t>
      </w:r>
    </w:p>
    <w:p>
      <w:pPr>
        <w:spacing w:before="100" w:after="20" w:line="240" w:lineRule="auto"/>
      </w:pPr>
      <w:r>
        <w:rPr>
          <w:rFonts w:ascii="Aptos" w:hAnsi="Aptos"/>
          <w:b/>
          <w:color w:val="6C8171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what is it about Elizabeth that begins to attract the proud Mr Darcy?</w:t>
      </w:r>
    </w:p>
    <w:p>
      <w:pPr>
        <w:spacing w:before="160" w:after="40" w:line="240" w:lineRule="auto"/>
      </w:pPr>
      <w:r>
        <w:rPr>
          <w:rFonts w:ascii="Aptos" w:hAnsi="Aptos"/>
          <w:b/>
          <w:color w:val="B99858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2E466E"/>
      </w:pPr>
      <w:r>
        <w:rPr>
          <w:b/>
          <w:color w:val="FFFFFF"/>
          <w:sz w:val="40"/>
        </w:rPr>
        <w:t xml:space="preserve">  TASKS: DAY 3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99858"/>
          <w:sz w:val="20"/>
        </w:rPr>
        <w:t>Week 1 - Chapters 7-9: Netherfield</w:t>
      </w:r>
    </w:p>
    <w:p>
      <w:pPr>
        <w:spacing w:before="100" w:after="20" w:line="240" w:lineRule="auto"/>
      </w:pPr>
      <w:r>
        <w:rPr>
          <w:rFonts w:ascii="Aptos" w:hAnsi="Aptos"/>
          <w:b/>
          <w:color w:val="6C8171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Jane falls ill at Netherfield, and Elizabeth walks miles through the mud to nurse her, shocking the elegant Bingley sisters.</w:t>
      </w:r>
    </w:p>
    <w:p>
      <w:pPr>
        <w:spacing w:before="100" w:after="20" w:line="240" w:lineRule="auto"/>
      </w:pPr>
      <w:r>
        <w:rPr>
          <w:rFonts w:ascii="Aptos" w:hAnsi="Aptos"/>
          <w:b/>
          <w:color w:val="6C8171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Describe Elizabeth's muddy walk and how the Bingley sisters react.</w:t>
      </w:r>
    </w:p>
    <w:p>
      <w:pPr>
        <w:spacing w:before="100" w:after="20" w:line="240" w:lineRule="auto"/>
      </w:pPr>
      <w:r>
        <w:rPr>
          <w:rFonts w:ascii="Aptos" w:hAnsi="Aptos"/>
          <w:b/>
          <w:color w:val="6C8171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History: research what was thought 'proper' for a young woman, and how Elizabeth bends the rules.</w:t>
      </w:r>
    </w:p>
    <w:p>
      <w:pPr>
        <w:spacing w:before="160" w:after="40" w:line="240" w:lineRule="auto"/>
      </w:pPr>
      <w:r>
        <w:rPr>
          <w:rFonts w:ascii="Aptos" w:hAnsi="Aptos"/>
          <w:b/>
          <w:color w:val="B99858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2E466E"/>
      </w:pPr>
      <w:r>
        <w:rPr>
          <w:b/>
          <w:color w:val="FFFFFF"/>
          <w:sz w:val="40"/>
        </w:rPr>
        <w:t xml:space="preserve">  TASKS: DAY 4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99858"/>
          <w:sz w:val="20"/>
        </w:rPr>
        <w:t>Week 1 - Chapters 10-12: Sparring</w:t>
      </w:r>
    </w:p>
    <w:p>
      <w:pPr>
        <w:spacing w:before="100" w:after="20" w:line="240" w:lineRule="auto"/>
      </w:pPr>
      <w:r>
        <w:rPr>
          <w:rFonts w:ascii="Aptos" w:hAnsi="Aptos"/>
          <w:b/>
          <w:color w:val="6C8171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Elizabeth and Darcy trade sharp, clever remarks, each fascinated and annoyed by the other, before the sisters return home.</w:t>
      </w:r>
    </w:p>
    <w:p>
      <w:pPr>
        <w:spacing w:before="100" w:after="20" w:line="240" w:lineRule="auto"/>
      </w:pPr>
      <w:r>
        <w:rPr>
          <w:rFonts w:ascii="Aptos" w:hAnsi="Aptos"/>
          <w:b/>
          <w:color w:val="6C8171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In the battle of wits between Elizabeth and Darcy, who do you think is winning?</w:t>
      </w:r>
    </w:p>
    <w:p>
      <w:pPr>
        <w:spacing w:before="100" w:after="20" w:line="240" w:lineRule="auto"/>
      </w:pPr>
      <w:r>
        <w:rPr>
          <w:rFonts w:ascii="Aptos" w:hAnsi="Aptos"/>
          <w:b/>
          <w:color w:val="6C8171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Literacy: note how Austen reveals character mainly through dialogue.</w:t>
      </w:r>
    </w:p>
    <w:p>
      <w:pPr>
        <w:spacing w:before="160" w:after="40" w:line="240" w:lineRule="auto"/>
      </w:pPr>
      <w:r>
        <w:rPr>
          <w:rFonts w:ascii="Aptos" w:hAnsi="Aptos"/>
          <w:b/>
          <w:color w:val="B99858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2E466E"/>
      </w:pPr>
      <w:r>
        <w:rPr>
          <w:b/>
          <w:color w:val="FFFFFF"/>
          <w:sz w:val="40"/>
        </w:rPr>
        <w:t xml:space="preserve">  TASKS: DAY 5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99858"/>
          <w:sz w:val="20"/>
        </w:rPr>
        <w:t>Week 1 - Chapters 13-15: Collins and Wickham</w:t>
      </w:r>
    </w:p>
    <w:p>
      <w:pPr>
        <w:spacing w:before="100" w:after="20" w:line="240" w:lineRule="auto"/>
      </w:pPr>
      <w:r>
        <w:rPr>
          <w:rFonts w:ascii="Aptos" w:hAnsi="Aptos"/>
          <w:b/>
          <w:color w:val="6C8171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Two new men arrive: the pompous clergyman Mr Collins, who will inherit the Bennets' home, and the charming officer Mr Wickham.</w:t>
      </w:r>
    </w:p>
    <w:p>
      <w:pPr>
        <w:spacing w:before="100" w:after="20" w:line="240" w:lineRule="auto"/>
      </w:pPr>
      <w:r>
        <w:rPr>
          <w:rFonts w:ascii="Aptos" w:hAnsi="Aptos"/>
          <w:b/>
          <w:color w:val="6C8171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Introduce Mr Collins and Mr Wickham, and the first impressions each creates.</w:t>
      </w:r>
    </w:p>
    <w:p>
      <w:pPr>
        <w:spacing w:before="100" w:after="20" w:line="240" w:lineRule="auto"/>
      </w:pPr>
      <w:r>
        <w:rPr>
          <w:rFonts w:ascii="Aptos" w:hAnsi="Aptos"/>
          <w:b/>
          <w:color w:val="6C8171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how do first impressions of Collins and Wickham compare with what they turn out to be?</w:t>
      </w:r>
    </w:p>
    <w:p>
      <w:pPr>
        <w:spacing w:before="160" w:after="40" w:line="240" w:lineRule="auto"/>
      </w:pPr>
      <w:r>
        <w:rPr>
          <w:rFonts w:ascii="Aptos" w:hAnsi="Aptos"/>
          <w:b/>
          <w:color w:val="B99858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2E466E"/>
      </w:pPr>
      <w:r>
        <w:rPr>
          <w:b/>
          <w:color w:val="FFFFFF"/>
          <w:sz w:val="40"/>
        </w:rPr>
        <w:t xml:space="preserve">  TASKS: DAY 6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99858"/>
          <w:sz w:val="20"/>
        </w:rPr>
        <w:t>Week 2 - Chapters 16-18: Wickham's Story</w:t>
      </w:r>
    </w:p>
    <w:p>
      <w:pPr>
        <w:spacing w:before="100" w:after="20" w:line="240" w:lineRule="auto"/>
      </w:pPr>
      <w:r>
        <w:rPr>
          <w:rFonts w:ascii="Aptos" w:hAnsi="Aptos"/>
          <w:b/>
          <w:color w:val="6C8171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Wickham tells Elizabeth a tale that paints Darcy as cruel and unjust, and she is only too ready to believe it.</w:t>
      </w:r>
    </w:p>
    <w:p>
      <w:pPr>
        <w:spacing w:before="100" w:after="20" w:line="240" w:lineRule="auto"/>
      </w:pPr>
      <w:r>
        <w:rPr>
          <w:rFonts w:ascii="Aptos" w:hAnsi="Aptos"/>
          <w:b/>
          <w:color w:val="6C8171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Do you believe Wickham's story about Darcy? Why is Elizabeth so quick to?</w:t>
      </w:r>
    </w:p>
    <w:p>
      <w:pPr>
        <w:spacing w:before="100" w:after="20" w:line="240" w:lineRule="auto"/>
      </w:pPr>
      <w:r>
        <w:rPr>
          <w:rFonts w:ascii="Aptos" w:hAnsi="Aptos"/>
          <w:b/>
          <w:color w:val="6C8171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Narration: describe the Netherfield ball and the Bennet family's embarrassing moments.</w:t>
      </w:r>
    </w:p>
    <w:p>
      <w:pPr>
        <w:spacing w:before="160" w:after="40" w:line="240" w:lineRule="auto"/>
      </w:pPr>
      <w:r>
        <w:rPr>
          <w:rFonts w:ascii="Aptos" w:hAnsi="Aptos"/>
          <w:b/>
          <w:color w:val="B99858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2E466E"/>
      </w:pPr>
      <w:r>
        <w:rPr>
          <w:b/>
          <w:color w:val="FFFFFF"/>
          <w:sz w:val="40"/>
        </w:rPr>
        <w:t xml:space="preserve">  TASKS: DAY 7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99858"/>
          <w:sz w:val="20"/>
        </w:rPr>
        <w:t>Week 2 - Chapters 19-21: A Refusal</w:t>
      </w:r>
    </w:p>
    <w:p>
      <w:pPr>
        <w:spacing w:before="100" w:after="20" w:line="240" w:lineRule="auto"/>
      </w:pPr>
      <w:r>
        <w:rPr>
          <w:rFonts w:ascii="Aptos" w:hAnsi="Aptos"/>
          <w:b/>
          <w:color w:val="6C8171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Mr Collins proposes to Elizabeth, certain she will accept; she refuses him firmly, to her mother's fury.</w:t>
      </w:r>
    </w:p>
    <w:p>
      <w:pPr>
        <w:spacing w:before="100" w:after="20" w:line="240" w:lineRule="auto"/>
      </w:pPr>
      <w:r>
        <w:rPr>
          <w:rFonts w:ascii="Aptos" w:hAnsi="Aptos"/>
          <w:b/>
          <w:color w:val="6C8171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Retell Mr Collins's proposal and Elizabeth's refusal.</w:t>
      </w:r>
    </w:p>
    <w:p>
      <w:pPr>
        <w:spacing w:before="100" w:after="20" w:line="240" w:lineRule="auto"/>
      </w:pPr>
      <w:r>
        <w:rPr>
          <w:rFonts w:ascii="Aptos" w:hAnsi="Aptos"/>
          <w:b/>
          <w:color w:val="6C8171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PSHE: discuss Elizabeth's choice to turn down a secure but loveless marriage.</w:t>
      </w:r>
    </w:p>
    <w:p>
      <w:pPr>
        <w:spacing w:before="160" w:after="40" w:line="240" w:lineRule="auto"/>
      </w:pPr>
      <w:r>
        <w:rPr>
          <w:rFonts w:ascii="Aptos" w:hAnsi="Aptos"/>
          <w:b/>
          <w:color w:val="B99858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2E466E"/>
      </w:pPr>
      <w:r>
        <w:rPr>
          <w:b/>
          <w:color w:val="FFFFFF"/>
          <w:sz w:val="40"/>
        </w:rPr>
        <w:t xml:space="preserve">  TASKS: DAY 8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99858"/>
          <w:sz w:val="20"/>
        </w:rPr>
        <w:t>Week 2 - Chapters 22-24: Charlotte's Choice</w:t>
      </w:r>
    </w:p>
    <w:p>
      <w:pPr>
        <w:spacing w:before="100" w:after="20" w:line="240" w:lineRule="auto"/>
      </w:pPr>
      <w:r>
        <w:rPr>
          <w:rFonts w:ascii="Aptos" w:hAnsi="Aptos"/>
          <w:b/>
          <w:color w:val="6C8171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Elizabeth's sensible friend Charlotte Lucas accepts Mr Collins herself, while Bingley leaves for London and Jane's hopes fade.</w:t>
      </w:r>
    </w:p>
    <w:p>
      <w:pPr>
        <w:spacing w:before="100" w:after="20" w:line="240" w:lineRule="auto"/>
      </w:pPr>
      <w:r>
        <w:rPr>
          <w:rFonts w:ascii="Aptos" w:hAnsi="Aptos"/>
          <w:b/>
          <w:color w:val="6C8171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Is Charlotte wise or is she settling? What are her reasons for marrying Collins?</w:t>
      </w:r>
    </w:p>
    <w:p>
      <w:pPr>
        <w:spacing w:before="100" w:after="20" w:line="240" w:lineRule="auto"/>
      </w:pPr>
      <w:r>
        <w:rPr>
          <w:rFonts w:ascii="Aptos" w:hAnsi="Aptos"/>
          <w:b/>
          <w:color w:val="6C8171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Maths: work out why a good marriage mattered so much to a woman's finances.</w:t>
      </w:r>
    </w:p>
    <w:p>
      <w:pPr>
        <w:spacing w:before="160" w:after="40" w:line="240" w:lineRule="auto"/>
      </w:pPr>
      <w:r>
        <w:rPr>
          <w:rFonts w:ascii="Aptos" w:hAnsi="Aptos"/>
          <w:b/>
          <w:color w:val="B99858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2E466E"/>
      </w:pPr>
      <w:r>
        <w:rPr>
          <w:b/>
          <w:color w:val="FFFFFF"/>
          <w:sz w:val="40"/>
        </w:rPr>
        <w:t xml:space="preserve">  TASKS: DAY 9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99858"/>
          <w:sz w:val="20"/>
        </w:rPr>
        <w:t>Week 2 - Chapters 25-27: To Kent</w:t>
      </w:r>
    </w:p>
    <w:p>
      <w:pPr>
        <w:spacing w:before="100" w:after="20" w:line="240" w:lineRule="auto"/>
      </w:pPr>
      <w:r>
        <w:rPr>
          <w:rFonts w:ascii="Aptos" w:hAnsi="Aptos"/>
          <w:b/>
          <w:color w:val="6C8171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The kindly Gardiners visit, and Elizabeth sets off to stay with the newly married Charlotte in Kent.</w:t>
      </w:r>
    </w:p>
    <w:p>
      <w:pPr>
        <w:spacing w:before="100" w:after="20" w:line="240" w:lineRule="auto"/>
      </w:pPr>
      <w:r>
        <w:rPr>
          <w:rFonts w:ascii="Aptos" w:hAnsi="Aptos"/>
          <w:b/>
          <w:color w:val="6C8171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Introduce the Gardiners, and describe Elizabeth's journey to Kent.</w:t>
      </w:r>
    </w:p>
    <w:p>
      <w:pPr>
        <w:spacing w:before="100" w:after="20" w:line="240" w:lineRule="auto"/>
      </w:pPr>
      <w:r>
        <w:rPr>
          <w:rFonts w:ascii="Aptos" w:hAnsi="Aptos"/>
          <w:b/>
          <w:color w:val="6C8171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Geography: map Elizabeth's journey from Hertfordshire to Kent.</w:t>
      </w:r>
    </w:p>
    <w:p>
      <w:pPr>
        <w:spacing w:before="160" w:after="40" w:line="240" w:lineRule="auto"/>
      </w:pPr>
      <w:r>
        <w:rPr>
          <w:rFonts w:ascii="Aptos" w:hAnsi="Aptos"/>
          <w:b/>
          <w:color w:val="B99858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2E466E"/>
      </w:pPr>
      <w:r>
        <w:rPr>
          <w:b/>
          <w:color w:val="FFFFFF"/>
          <w:sz w:val="40"/>
        </w:rPr>
        <w:t xml:space="preserve">  TASKS: DAY 10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99858"/>
          <w:sz w:val="20"/>
        </w:rPr>
        <w:t>Week 2 - Chapters 28-30: Rosings</w:t>
      </w:r>
    </w:p>
    <w:p>
      <w:pPr>
        <w:spacing w:before="100" w:after="20" w:line="240" w:lineRule="auto"/>
      </w:pPr>
      <w:r>
        <w:rPr>
          <w:rFonts w:ascii="Aptos" w:hAnsi="Aptos"/>
          <w:b/>
          <w:color w:val="6C8171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At grand Rosings, Elizabeth meets the domineering Lady Catherine de Bourgh - and Mr Darcy appears once more.</w:t>
      </w:r>
    </w:p>
    <w:p>
      <w:pPr>
        <w:spacing w:before="100" w:after="20" w:line="240" w:lineRule="auto"/>
      </w:pPr>
      <w:r>
        <w:rPr>
          <w:rFonts w:ascii="Aptos" w:hAnsi="Aptos"/>
          <w:b/>
          <w:color w:val="6C8171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How does Lady Catherine show the pride that comes with high rank?</w:t>
      </w:r>
    </w:p>
    <w:p>
      <w:pPr>
        <w:spacing w:before="100" w:after="20" w:line="240" w:lineRule="auto"/>
      </w:pPr>
      <w:r>
        <w:rPr>
          <w:rFonts w:ascii="Aptos" w:hAnsi="Aptos"/>
          <w:b/>
          <w:color w:val="6C8171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how is Lady Catherine's pride different from Darcy's?</w:t>
      </w:r>
    </w:p>
    <w:p>
      <w:pPr>
        <w:spacing w:before="160" w:after="40" w:line="240" w:lineRule="auto"/>
      </w:pPr>
      <w:r>
        <w:rPr>
          <w:rFonts w:ascii="Aptos" w:hAnsi="Aptos"/>
          <w:b/>
          <w:color w:val="B99858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2E466E"/>
      </w:pPr>
      <w:r>
        <w:rPr>
          <w:b/>
          <w:color w:val="FFFFFF"/>
          <w:sz w:val="40"/>
        </w:rPr>
        <w:t xml:space="preserve">  TASKS: DAY 11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99858"/>
          <w:sz w:val="20"/>
        </w:rPr>
        <w:t>Week 3 - Chapters 31-33: Darcy Returns</w:t>
      </w:r>
    </w:p>
    <w:p>
      <w:pPr>
        <w:spacing w:before="100" w:after="20" w:line="240" w:lineRule="auto"/>
      </w:pPr>
      <w:r>
        <w:rPr>
          <w:rFonts w:ascii="Aptos" w:hAnsi="Aptos"/>
          <w:b/>
          <w:color w:val="6C8171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Darcy keeps seeking Elizabeth's company at Rosings, though neither he nor she quite understands his behaviour.</w:t>
      </w:r>
    </w:p>
    <w:p>
      <w:pPr>
        <w:spacing w:before="100" w:after="20" w:line="240" w:lineRule="auto"/>
      </w:pPr>
      <w:r>
        <w:rPr>
          <w:rFonts w:ascii="Aptos" w:hAnsi="Aptos"/>
          <w:b/>
          <w:color w:val="6C8171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What is happening to Darcy? Why does he keep finding excuses to see Elizabeth?</w:t>
      </w:r>
    </w:p>
    <w:p>
      <w:pPr>
        <w:spacing w:before="100" w:after="20" w:line="240" w:lineRule="auto"/>
      </w:pPr>
      <w:r>
        <w:rPr>
          <w:rFonts w:ascii="Aptos" w:hAnsi="Aptos"/>
          <w:b/>
          <w:color w:val="6C8171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Literacy: note the gap between what Darcy feels and what Elizabeth notices.</w:t>
      </w:r>
    </w:p>
    <w:p>
      <w:pPr>
        <w:spacing w:before="160" w:after="40" w:line="240" w:lineRule="auto"/>
      </w:pPr>
      <w:r>
        <w:rPr>
          <w:rFonts w:ascii="Aptos" w:hAnsi="Aptos"/>
          <w:b/>
          <w:color w:val="B99858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2E466E"/>
      </w:pPr>
      <w:r>
        <w:rPr>
          <w:b/>
          <w:color w:val="FFFFFF"/>
          <w:sz w:val="40"/>
        </w:rPr>
        <w:t xml:space="preserve">  TASKS: DAY 12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99858"/>
          <w:sz w:val="20"/>
        </w:rPr>
        <w:t>Week 3 - Chapters 34-36: The Proposal and the Letter</w:t>
      </w:r>
    </w:p>
    <w:p>
      <w:pPr>
        <w:spacing w:before="100" w:after="20" w:line="240" w:lineRule="auto"/>
      </w:pPr>
      <w:r>
        <w:rPr>
          <w:rFonts w:ascii="Aptos" w:hAnsi="Aptos"/>
          <w:b/>
          <w:color w:val="6C8171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Darcy proposes proudly and is angrily refused; the next day he gives Elizabeth a letter that overturns everything she believed.</w:t>
      </w:r>
    </w:p>
    <w:p>
      <w:pPr>
        <w:spacing w:before="100" w:after="20" w:line="240" w:lineRule="auto"/>
      </w:pPr>
      <w:r>
        <w:rPr>
          <w:rFonts w:ascii="Aptos" w:hAnsi="Aptos"/>
          <w:b/>
          <w:color w:val="6C8171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Retell Darcy's first proposal and Elizabeth's furious response.</w:t>
      </w:r>
    </w:p>
    <w:p>
      <w:pPr>
        <w:spacing w:before="100" w:after="20" w:line="240" w:lineRule="auto"/>
      </w:pPr>
      <w:r>
        <w:rPr>
          <w:rFonts w:ascii="Aptos" w:hAnsi="Aptos"/>
          <w:b/>
          <w:color w:val="6C8171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Darcy's letter reveals the truth about Wickham and about Jane. How should it change our view?</w:t>
      </w:r>
    </w:p>
    <w:p>
      <w:pPr>
        <w:spacing w:before="160" w:after="40" w:line="240" w:lineRule="auto"/>
      </w:pPr>
      <w:r>
        <w:rPr>
          <w:rFonts w:ascii="Aptos" w:hAnsi="Aptos"/>
          <w:b/>
          <w:color w:val="B99858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2E466E"/>
      </w:pPr>
      <w:r>
        <w:rPr>
          <w:b/>
          <w:color w:val="FFFFFF"/>
          <w:sz w:val="40"/>
        </w:rPr>
        <w:t xml:space="preserve">  TASKS: DAY 13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99858"/>
          <w:sz w:val="20"/>
        </w:rPr>
        <w:t>Week 3 - Chapters 37-39: Second Thoughts</w:t>
      </w:r>
    </w:p>
    <w:p>
      <w:pPr>
        <w:spacing w:before="100" w:after="20" w:line="240" w:lineRule="auto"/>
      </w:pPr>
      <w:r>
        <w:rPr>
          <w:rFonts w:ascii="Aptos" w:hAnsi="Aptos"/>
          <w:b/>
          <w:color w:val="6C8171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Elizabeth reads and rereads the letter, and slowly realises how badly she has misjudged both Darcy and Wickham.</w:t>
      </w:r>
    </w:p>
    <w:p>
      <w:pPr>
        <w:spacing w:before="100" w:after="20" w:line="240" w:lineRule="auto"/>
      </w:pPr>
      <w:r>
        <w:rPr>
          <w:rFonts w:ascii="Aptos" w:hAnsi="Aptos"/>
          <w:b/>
          <w:color w:val="6C8171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What is Elizabeth learning about herself, as well as about the two men?</w:t>
      </w:r>
    </w:p>
    <w:p>
      <w:pPr>
        <w:spacing w:before="100" w:after="20" w:line="240" w:lineRule="auto"/>
      </w:pPr>
      <w:r>
        <w:rPr>
          <w:rFonts w:ascii="Aptos" w:hAnsi="Aptos"/>
          <w:b/>
          <w:color w:val="6C8171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PSHE: discuss the courage it takes to admit you have misjudged someone.</w:t>
      </w:r>
    </w:p>
    <w:p>
      <w:pPr>
        <w:spacing w:before="160" w:after="40" w:line="240" w:lineRule="auto"/>
      </w:pPr>
      <w:r>
        <w:rPr>
          <w:rFonts w:ascii="Aptos" w:hAnsi="Aptos"/>
          <w:b/>
          <w:color w:val="B99858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2E466E"/>
      </w:pPr>
      <w:r>
        <w:rPr>
          <w:b/>
          <w:color w:val="FFFFFF"/>
          <w:sz w:val="40"/>
        </w:rPr>
        <w:t xml:space="preserve">  TASKS: DAY 14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99858"/>
          <w:sz w:val="20"/>
        </w:rPr>
        <w:t>Week 3 - Chapters 40-42: Toward Derbyshire</w:t>
      </w:r>
    </w:p>
    <w:p>
      <w:pPr>
        <w:spacing w:before="100" w:after="20" w:line="240" w:lineRule="auto"/>
      </w:pPr>
      <w:r>
        <w:rPr>
          <w:rFonts w:ascii="Aptos" w:hAnsi="Aptos"/>
          <w:b/>
          <w:color w:val="6C8171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Elizabeth shares part of the truth with Jane, then travels north with the Gardiners.</w:t>
      </w:r>
    </w:p>
    <w:p>
      <w:pPr>
        <w:spacing w:before="100" w:after="20" w:line="240" w:lineRule="auto"/>
      </w:pPr>
      <w:r>
        <w:rPr>
          <w:rFonts w:ascii="Aptos" w:hAnsi="Aptos"/>
          <w:b/>
          <w:color w:val="6C8171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Retell how Elizabeth confides in Jane, and sets off for Derbyshire.</w:t>
      </w:r>
    </w:p>
    <w:p>
      <w:pPr>
        <w:spacing w:before="100" w:after="20" w:line="240" w:lineRule="auto"/>
      </w:pPr>
      <w:r>
        <w:rPr>
          <w:rFonts w:ascii="Aptos" w:hAnsi="Aptos"/>
          <w:b/>
          <w:color w:val="6C8171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Geography: research the great country estates of Derbyshire, the setting for Pemberley.</w:t>
      </w:r>
    </w:p>
    <w:p>
      <w:pPr>
        <w:spacing w:before="160" w:after="40" w:line="240" w:lineRule="auto"/>
      </w:pPr>
      <w:r>
        <w:rPr>
          <w:rFonts w:ascii="Aptos" w:hAnsi="Aptos"/>
          <w:b/>
          <w:color w:val="B99858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2E466E"/>
      </w:pPr>
      <w:r>
        <w:rPr>
          <w:b/>
          <w:color w:val="FFFFFF"/>
          <w:sz w:val="40"/>
        </w:rPr>
        <w:t xml:space="preserve">  TASKS: DAY 15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99858"/>
          <w:sz w:val="20"/>
        </w:rPr>
        <w:t>Week 3 - Chapters 43-45: Pemberley</w:t>
      </w:r>
    </w:p>
    <w:p>
      <w:pPr>
        <w:spacing w:before="100" w:after="20" w:line="240" w:lineRule="auto"/>
      </w:pPr>
      <w:r>
        <w:rPr>
          <w:rFonts w:ascii="Aptos" w:hAnsi="Aptos"/>
          <w:b/>
          <w:color w:val="6C8171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At Pemberley, Darcy's own great house, Elizabeth meets a warmer, kinder Darcy, gracious even to her humbler relations.</w:t>
      </w:r>
    </w:p>
    <w:p>
      <w:pPr>
        <w:spacing w:before="100" w:after="20" w:line="240" w:lineRule="auto"/>
      </w:pPr>
      <w:r>
        <w:rPr>
          <w:rFonts w:ascii="Aptos" w:hAnsi="Aptos"/>
          <w:b/>
          <w:color w:val="6C8171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How does seeing Pemberley - and Darcy at home - change Elizabeth's view of him?</w:t>
      </w:r>
    </w:p>
    <w:p>
      <w:pPr>
        <w:spacing w:before="100" w:after="20" w:line="240" w:lineRule="auto"/>
      </w:pPr>
      <w:r>
        <w:rPr>
          <w:rFonts w:ascii="Aptos" w:hAnsi="Aptos"/>
          <w:b/>
          <w:color w:val="6C8171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Art: illustrate the house and grounds of Pemberley.</w:t>
      </w:r>
    </w:p>
    <w:p>
      <w:pPr>
        <w:spacing w:before="160" w:after="40" w:line="240" w:lineRule="auto"/>
      </w:pPr>
      <w:r>
        <w:rPr>
          <w:rFonts w:ascii="Aptos" w:hAnsi="Aptos"/>
          <w:b/>
          <w:color w:val="B99858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2E466E"/>
      </w:pPr>
      <w:r>
        <w:rPr>
          <w:b/>
          <w:color w:val="FFFFFF"/>
          <w:sz w:val="40"/>
        </w:rPr>
        <w:t xml:space="preserve">  TASKS: DAY 16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99858"/>
          <w:sz w:val="20"/>
        </w:rPr>
        <w:t>Week 4 - Chapters 46-48: Scandal</w:t>
      </w:r>
    </w:p>
    <w:p>
      <w:pPr>
        <w:spacing w:before="100" w:after="20" w:line="240" w:lineRule="auto"/>
      </w:pPr>
      <w:r>
        <w:rPr>
          <w:rFonts w:ascii="Aptos" w:hAnsi="Aptos"/>
          <w:b/>
          <w:color w:val="6C8171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News arrives that Elizabeth's youngest sister, Lydia, has run away with Wickham, threatening to disgrace the whole family.</w:t>
      </w:r>
    </w:p>
    <w:p>
      <w:pPr>
        <w:spacing w:before="100" w:after="20" w:line="240" w:lineRule="auto"/>
      </w:pPr>
      <w:r>
        <w:rPr>
          <w:rFonts w:ascii="Aptos" w:hAnsi="Aptos"/>
          <w:b/>
          <w:color w:val="6C8171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Retell how the news of Lydia's elopement reaches Elizabeth.</w:t>
      </w:r>
    </w:p>
    <w:p>
      <w:pPr>
        <w:spacing w:before="100" w:after="20" w:line="240" w:lineRule="auto"/>
      </w:pPr>
      <w:r>
        <w:rPr>
          <w:rFonts w:ascii="Aptos" w:hAnsi="Aptos"/>
          <w:b/>
          <w:color w:val="6C8171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PSHE: discuss reputation, and how one person's choices could affect a whole family then.</w:t>
      </w:r>
    </w:p>
    <w:p>
      <w:pPr>
        <w:spacing w:before="160" w:after="40" w:line="240" w:lineRule="auto"/>
      </w:pPr>
      <w:r>
        <w:rPr>
          <w:rFonts w:ascii="Aptos" w:hAnsi="Aptos"/>
          <w:b/>
          <w:color w:val="B99858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2E466E"/>
      </w:pPr>
      <w:r>
        <w:rPr>
          <w:b/>
          <w:color w:val="FFFFFF"/>
          <w:sz w:val="40"/>
        </w:rPr>
        <w:t xml:space="preserve">  TASKS: DAY 17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99858"/>
          <w:sz w:val="20"/>
        </w:rPr>
        <w:t>Week 4 - Chapters 49-51: Patched Up</w:t>
      </w:r>
    </w:p>
    <w:p>
      <w:pPr>
        <w:spacing w:before="100" w:after="20" w:line="240" w:lineRule="auto"/>
      </w:pPr>
      <w:r>
        <w:rPr>
          <w:rFonts w:ascii="Aptos" w:hAnsi="Aptos"/>
          <w:b/>
          <w:color w:val="6C8171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Lydia is found and quickly married to Wickham, and the couple visit, quite unashamed.</w:t>
      </w:r>
    </w:p>
    <w:p>
      <w:pPr>
        <w:spacing w:before="100" w:after="20" w:line="240" w:lineRule="auto"/>
      </w:pPr>
      <w:r>
        <w:rPr>
          <w:rFonts w:ascii="Aptos" w:hAnsi="Aptos"/>
          <w:b/>
          <w:color w:val="6C8171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Someone has quietly paid to save the family's name. Who might it be, and why would they?</w:t>
      </w:r>
    </w:p>
    <w:p>
      <w:pPr>
        <w:spacing w:before="100" w:after="20" w:line="240" w:lineRule="auto"/>
      </w:pPr>
      <w:r>
        <w:rPr>
          <w:rFonts w:ascii="Aptos" w:hAnsi="Aptos"/>
          <w:b/>
          <w:color w:val="6C8171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Narration: describe Lydia and Wickham's visit, and how the family receives them.</w:t>
      </w:r>
    </w:p>
    <w:p>
      <w:pPr>
        <w:spacing w:before="160" w:after="40" w:line="240" w:lineRule="auto"/>
      </w:pPr>
      <w:r>
        <w:rPr>
          <w:rFonts w:ascii="Aptos" w:hAnsi="Aptos"/>
          <w:b/>
          <w:color w:val="B99858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2E466E"/>
      </w:pPr>
      <w:r>
        <w:rPr>
          <w:b/>
          <w:color w:val="FFFFFF"/>
          <w:sz w:val="40"/>
        </w:rPr>
        <w:t xml:space="preserve">  TASKS: DAY 18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99858"/>
          <w:sz w:val="20"/>
        </w:rPr>
        <w:t>Week 4 - Chapters 52-54: The Truth About Darcy</w:t>
      </w:r>
    </w:p>
    <w:p>
      <w:pPr>
        <w:spacing w:before="100" w:after="20" w:line="240" w:lineRule="auto"/>
      </w:pPr>
      <w:r>
        <w:rPr>
          <w:rFonts w:ascii="Aptos" w:hAnsi="Aptos"/>
          <w:b/>
          <w:color w:val="6C8171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Elizabeth discovers that it was Darcy who secretly arranged and paid for Lydia's marriage, asking for no thanks.</w:t>
      </w:r>
    </w:p>
    <w:p>
      <w:pPr>
        <w:spacing w:before="100" w:after="20" w:line="240" w:lineRule="auto"/>
      </w:pPr>
      <w:r>
        <w:rPr>
          <w:rFonts w:ascii="Aptos" w:hAnsi="Aptos"/>
          <w:b/>
          <w:color w:val="6C8171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How does learning what Darcy did complete Elizabeth's change of heart?</w:t>
      </w:r>
    </w:p>
    <w:p>
      <w:pPr>
        <w:spacing w:before="100" w:after="20" w:line="240" w:lineRule="auto"/>
      </w:pPr>
      <w:r>
        <w:rPr>
          <w:rFonts w:ascii="Aptos" w:hAnsi="Aptos"/>
          <w:b/>
          <w:color w:val="6C8171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Literacy: track how far Elizabeth's feelings for Darcy have travelled since the ball.</w:t>
      </w:r>
    </w:p>
    <w:p>
      <w:pPr>
        <w:spacing w:before="160" w:after="40" w:line="240" w:lineRule="auto"/>
      </w:pPr>
      <w:r>
        <w:rPr>
          <w:rFonts w:ascii="Aptos" w:hAnsi="Aptos"/>
          <w:b/>
          <w:color w:val="B99858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2E466E"/>
      </w:pPr>
      <w:r>
        <w:rPr>
          <w:b/>
          <w:color w:val="FFFFFF"/>
          <w:sz w:val="40"/>
        </w:rPr>
        <w:t xml:space="preserve">  TASKS: DAY 19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99858"/>
          <w:sz w:val="20"/>
        </w:rPr>
        <w:t>Week 4 - Chapters 55-57: Two Proposals Loom</w:t>
      </w:r>
    </w:p>
    <w:p>
      <w:pPr>
        <w:spacing w:before="100" w:after="20" w:line="240" w:lineRule="auto"/>
      </w:pPr>
      <w:r>
        <w:rPr>
          <w:rFonts w:ascii="Aptos" w:hAnsi="Aptos"/>
          <w:b/>
          <w:color w:val="6C8171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Bingley returns and proposes to Jane; then Lady Catherine storms in to forbid Elizabeth from ever marrying Darcy.</w:t>
      </w:r>
    </w:p>
    <w:p>
      <w:pPr>
        <w:spacing w:before="100" w:after="20" w:line="240" w:lineRule="auto"/>
      </w:pPr>
      <w:r>
        <w:rPr>
          <w:rFonts w:ascii="Aptos" w:hAnsi="Aptos"/>
          <w:b/>
          <w:color w:val="6C8171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Retell Bingley's proposal, and Lady Catherine's furious visit.</w:t>
      </w:r>
    </w:p>
    <w:p>
      <w:pPr>
        <w:spacing w:before="100" w:after="20" w:line="240" w:lineRule="auto"/>
      </w:pPr>
      <w:r>
        <w:rPr>
          <w:rFonts w:ascii="Aptos" w:hAnsi="Aptos"/>
          <w:b/>
          <w:color w:val="6C8171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why does Lady Catherine's bullying actually help bring Elizabeth and Darcy together?</w:t>
      </w:r>
    </w:p>
    <w:p>
      <w:pPr>
        <w:spacing w:before="160" w:after="40" w:line="240" w:lineRule="auto"/>
      </w:pPr>
      <w:r>
        <w:rPr>
          <w:rFonts w:ascii="Aptos" w:hAnsi="Aptos"/>
          <w:b/>
          <w:color w:val="B99858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2E466E"/>
      </w:pPr>
      <w:r>
        <w:rPr>
          <w:b/>
          <w:color w:val="FFFFFF"/>
          <w:sz w:val="40"/>
        </w:rPr>
        <w:t xml:space="preserve">  TASKS: DAY 20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99858"/>
          <w:sz w:val="20"/>
        </w:rPr>
        <w:t>Week 4 - Chapters 58-61: Pride and Prejudice Overcome</w:t>
      </w:r>
    </w:p>
    <w:p>
      <w:pPr>
        <w:spacing w:before="100" w:after="20" w:line="240" w:lineRule="auto"/>
      </w:pPr>
      <w:r>
        <w:rPr>
          <w:rFonts w:ascii="Aptos" w:hAnsi="Aptos"/>
          <w:b/>
          <w:color w:val="6C8171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Darcy proposes a second time, humbly, and Elizabeth joyfully accepts, as the novel closes on happy matches.</w:t>
      </w:r>
    </w:p>
    <w:p>
      <w:pPr>
        <w:spacing w:before="100" w:after="20" w:line="240" w:lineRule="auto"/>
      </w:pPr>
      <w:r>
        <w:rPr>
          <w:rFonts w:ascii="Aptos" w:hAnsi="Aptos"/>
          <w:b/>
          <w:color w:val="6C8171"/>
          <w:sz w:val="19"/>
        </w:rPr>
        <w:t>WRAP-UP:</w:t>
      </w:r>
    </w:p>
    <w:p>
      <w:pPr>
        <w:spacing w:after="120"/>
      </w:pPr>
      <w:r>
        <w:rPr>
          <w:i w:val="0"/>
          <w:sz w:val="24"/>
        </w:rPr>
        <w:t>How have both Elizabeth and Darcy grown by the end of the story?</w:t>
      </w:r>
    </w:p>
    <w:p>
      <w:pPr>
        <w:spacing w:before="100" w:after="20" w:line="240" w:lineRule="auto"/>
      </w:pPr>
      <w:r>
        <w:rPr>
          <w:rFonts w:ascii="Aptos" w:hAnsi="Aptos"/>
          <w:b/>
          <w:color w:val="6C8171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Who had to overcome pride, and who prejudice? Trace both faults across the whole novel.</w:t>
      </w:r>
    </w:p>
    <w:p>
      <w:pPr>
        <w:spacing w:before="160" w:after="40" w:line="240" w:lineRule="auto"/>
      </w:pPr>
      <w:r>
        <w:rPr>
          <w:rFonts w:ascii="Aptos" w:hAnsi="Aptos"/>
          <w:b/>
          <w:color w:val="B99858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5A6E52"/>
      </w:pPr>
      <w:r>
        <w:rPr>
          <w:b/>
          <w:color w:val="FFFFFF"/>
          <w:sz w:val="40"/>
        </w:rPr>
        <w:t xml:space="preserve">  FIRST IMPRESSIONS TRACKER</w:t>
      </w:r>
    </w:p>
    <w:p>
      <w:pPr>
        <w:spacing w:after="120"/>
      </w:pPr>
      <w:r>
        <w:rPr>
          <w:i w:val="0"/>
          <w:sz w:val="24"/>
        </w:rPr>
        <w:t>The novel was first titled 'First Impressions'. For each character, note your first impression - then, later, what they truly turn out to be.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3F493E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Character</w:t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3F493E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First impression</w:t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3F493E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What they really are</w:t>
            </w: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EEE5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84137"/>
                <w:sz w:val="18"/>
              </w:rPr>
              <w:t>Mr Darcy</w:t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EEE5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EEE5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8EF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84137"/>
                <w:sz w:val="18"/>
              </w:rPr>
              <w:t>Mr Wickham</w:t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8EF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8EF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EEE5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84137"/>
                <w:sz w:val="18"/>
              </w:rPr>
              <w:t>Mr Collins</w:t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EEE5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EEE5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8EF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84137"/>
                <w:sz w:val="18"/>
              </w:rPr>
              <w:t>Charlotte Lucas</w:t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8EF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8EF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EEE5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84137"/>
                <w:sz w:val="18"/>
              </w:rPr>
              <w:t>Lady Catherine</w:t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EEE5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EEE5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8EF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84137"/>
                <w:sz w:val="18"/>
              </w:rPr>
              <w:t>Mr Bingley</w:t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8EF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8EF"/>
          </w:tcPr>
          <w:p>
            <w:pPr>
              <w:spacing w:before="20" w:after="20" w:line="240" w:lineRule="auto"/>
            </w:pPr>
          </w:p>
        </w:tc>
      </w:tr>
    </w:tbl>
    <w:p>
      <w:r>
        <w:br w:type="page"/>
      </w:r>
    </w:p>
    <w:p>
      <w:pPr>
        <w:spacing w:after="200"/>
        <w:shd w:val="clear" w:fill="A84A5A"/>
      </w:pPr>
      <w:r>
        <w:rPr>
          <w:b/>
          <w:color w:val="FFFFFF"/>
          <w:sz w:val="40"/>
        </w:rPr>
        <w:t xml:space="preserve">  WHAT IS EACH MARRIAGE BASED ON?</w:t>
      </w:r>
    </w:p>
    <w:p>
      <w:pPr>
        <w:spacing w:after="120"/>
      </w:pPr>
      <w:r>
        <w:rPr>
          <w:i w:val="0"/>
          <w:sz w:val="24"/>
        </w:rPr>
        <w:t>Austen shows many kinds of marriage. For each couple, decide what their match is really built on - love, money, security, looks, or something else.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3F493E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Couple</w:t>
            </w: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3F493E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What the match is based on</w:t>
            </w:r>
          </w:p>
        </w:tc>
      </w:tr>
      <w:tr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EEE5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84137"/>
                <w:sz w:val="18"/>
              </w:rPr>
              <w:t>Elizabeth &amp; Darcy</w:t>
            </w: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EEE5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8EF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84137"/>
                <w:sz w:val="18"/>
              </w:rPr>
              <w:t>Jane &amp; Bingley</w:t>
            </w: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8EF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EEE5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84137"/>
                <w:sz w:val="18"/>
              </w:rPr>
              <w:t>Charlotte &amp; Collins</w:t>
            </w: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EEE5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8EF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84137"/>
                <w:sz w:val="18"/>
              </w:rPr>
              <w:t>Lydia &amp; Wickham</w:t>
            </w: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8EF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EEE5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84137"/>
                <w:sz w:val="18"/>
              </w:rPr>
              <w:t>Mr &amp; Mrs Bennet</w:t>
            </w: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EEE5"/>
          </w:tcPr>
          <w:p>
            <w:pPr>
              <w:spacing w:before="20" w:after="20" w:line="240" w:lineRule="auto"/>
            </w:pP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36" w:right="1037" w:bottom="864" w:left="1037" w:header="403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ptos" w:hAnsi="Aptos"/>
        <w:color w:val="B99858"/>
        <w:sz w:val="17"/>
      </w:rPr>
      <w:t xml:space="preserve">Page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Aptos" w:hAnsi="Aptos"/>
        <w:b/>
        <w:color w:val="6C8171"/>
        <w:sz w:val="17"/>
      </w:rPr>
      <w:t>PRIDE AND PREJUDICE  |  LEARNING BOOKLET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4" w:lineRule="auto"/>
    </w:pPr>
    <w:rPr>
      <w:rFonts w:ascii="Aptos" w:hAnsi="Aptos"/>
      <w:color w:val="384137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3F493E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6C8171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8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B99858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