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" w:hAnsi="Aptos"/>
          <w:b/>
          <w:color w:val="D7A84B"/>
          <w:sz w:val="17"/>
        </w:rPr>
        <w:t>INDEPENDENT STUDY COMPANION</w:t>
      </w:r>
    </w:p>
    <w:p>
      <w:pPr>
        <w:spacing w:before="0" w:after="60" w:line="240" w:lineRule="auto"/>
        <w:jc w:val="center"/>
      </w:pPr>
      <w:r>
        <w:rPr>
          <w:rFonts w:ascii="Aptos Display" w:hAnsi="Aptos Display"/>
          <w:b/>
          <w:color w:val="173A5B"/>
          <w:sz w:val="54"/>
        </w:rPr>
        <w:t>PETER PAN</w:t>
      </w:r>
    </w:p>
    <w:p>
      <w:pPr>
        <w:spacing w:after="180"/>
        <w:jc w:val="center"/>
      </w:pPr>
      <w:r>
        <w:drawing>
          <wp:inline xmlns:a="http://schemas.openxmlformats.org/drawingml/2006/main" xmlns:pic="http://schemas.openxmlformats.org/drawingml/2006/picture">
            <wp:extent cx="5760720" cy="21488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eter-pan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20" w:line="240" w:lineRule="auto"/>
        <w:jc w:val="center"/>
      </w:pPr>
      <w:r>
        <w:rPr>
          <w:rFonts w:ascii="Aptos" w:hAnsi="Aptos"/>
          <w:b/>
          <w:color w:val="D7A84B"/>
          <w:sz w:val="24"/>
        </w:rPr>
        <w:t>A LIVING BOOK STUDY - LEARNING BOOKLET</w:t>
      </w:r>
    </w:p>
    <w:p>
      <w:pPr>
        <w:spacing w:before="800"/>
        <w:jc w:val="center"/>
      </w:pPr>
      <w:r>
        <w:rPr>
          <w:sz w:val="24"/>
        </w:rPr>
        <w:t>Name: _______________________</w:t>
      </w:r>
    </w:p>
    <w:p>
      <w:r>
        <w:br w:type="page"/>
      </w:r>
    </w:p>
    <w:p>
      <w:pPr>
        <w:spacing w:after="20" w:before="160" w:line="240" w:lineRule="auto"/>
        <w:pStyle w:val="Heading1"/>
        <w:shd w:val="clear" w:fill="0F5C5C"/>
      </w:pPr>
      <w:r>
        <w:rPr>
          <w:rFonts w:ascii="Aptos Display" w:hAnsi="Aptos Display"/>
          <w:b/>
          <w:color w:val="173A5B"/>
          <w:sz w:val="36"/>
        </w:rPr>
        <w:t xml:space="preserve">  TASKS: DAY 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D7A84B"/>
          <w:sz w:val="20"/>
        </w:rPr>
        <w:t>Week 1 - Chapter 1: Peter Breaks Through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1: introducing the Darling family, and Peter's search for his shadow.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What kind of family are the Darlings? How does Barrie's narrator talk directly to the reader?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what is unusual about how this chapter is written, compared to other stories you know?</w:t>
      </w:r>
    </w:p>
    <w:p>
      <w:pPr>
        <w:spacing w:before="160" w:after="40" w:line="240" w:lineRule="auto"/>
      </w:pPr>
      <w:r>
        <w:rPr>
          <w:rFonts w:ascii="Aptos" w:hAnsi="Aptos"/>
          <w:b/>
          <w:color w:val="D7A8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F5C5C"/>
      </w:pPr>
      <w:r>
        <w:rPr>
          <w:rFonts w:ascii="Aptos Display" w:hAnsi="Aptos Display"/>
          <w:b/>
          <w:color w:val="173A5B"/>
          <w:sz w:val="36"/>
        </w:rPr>
        <w:t xml:space="preserve">  TASKS: DAY 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D7A84B"/>
          <w:sz w:val="20"/>
        </w:rPr>
        <w:t>Week 1 - Chapter 2: The Shadow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2: Wendy sews Peter's shadow back on.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SCIENCE:</w:t>
      </w:r>
    </w:p>
    <w:p>
      <w:pPr>
        <w:spacing w:after="120"/>
      </w:pPr>
      <w:r>
        <w:rPr>
          <w:i w:val="0"/>
          <w:sz w:val="24"/>
        </w:rPr>
        <w:t>How are shadows made? Discuss why a lost shadow might be a good symbol for Peter.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Art: make shadow puppets and act out this chapter.</w:t>
      </w:r>
    </w:p>
    <w:p>
      <w:pPr>
        <w:spacing w:before="160" w:after="40" w:line="240" w:lineRule="auto"/>
      </w:pPr>
      <w:r>
        <w:rPr>
          <w:rFonts w:ascii="Aptos" w:hAnsi="Aptos"/>
          <w:b/>
          <w:color w:val="D7A8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F5C5C"/>
      </w:pPr>
      <w:r>
        <w:rPr>
          <w:rFonts w:ascii="Aptos Display" w:hAnsi="Aptos Display"/>
          <w:b/>
          <w:color w:val="173A5B"/>
          <w:sz w:val="36"/>
        </w:rPr>
        <w:t xml:space="preserve">  TASKS: DAY 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D7A84B"/>
          <w:sz w:val="20"/>
        </w:rPr>
        <w:t>Week 1 - Chapter 3: Come Away, Come Away!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3: Peter teaches the children to fly, and they set off for Neverland.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does Peter offer the Darling children that makes them want to leave home?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Writing: would you have gone with Peter? Explain why or why not.</w:t>
      </w:r>
    </w:p>
    <w:p>
      <w:pPr>
        <w:spacing w:before="160" w:after="40" w:line="240" w:lineRule="auto"/>
      </w:pPr>
      <w:r>
        <w:rPr>
          <w:rFonts w:ascii="Aptos" w:hAnsi="Aptos"/>
          <w:b/>
          <w:color w:val="D7A8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F5C5C"/>
      </w:pPr>
      <w:r>
        <w:rPr>
          <w:rFonts w:ascii="Aptos Display" w:hAnsi="Aptos Display"/>
          <w:b/>
          <w:color w:val="173A5B"/>
          <w:sz w:val="36"/>
        </w:rPr>
        <w:t xml:space="preserve">  TASKS: DAY 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D7A84B"/>
          <w:sz w:val="20"/>
        </w:rPr>
        <w:t>Week 1 - Chapter 4: The Flight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4: the children's journey to Neverland.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GEOGRAPHY:</w:t>
      </w:r>
    </w:p>
    <w:p>
      <w:pPr>
        <w:spacing w:after="120"/>
      </w:pPr>
      <w:r>
        <w:rPr>
          <w:i w:val="0"/>
          <w:sz w:val="24"/>
        </w:rPr>
        <w:t>Imagine and map the route to Neverland.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Art: illustrate the flight over London and the sea.</w:t>
      </w:r>
    </w:p>
    <w:p>
      <w:pPr>
        <w:spacing w:before="160" w:after="40" w:line="240" w:lineRule="auto"/>
      </w:pPr>
      <w:r>
        <w:rPr>
          <w:rFonts w:ascii="Aptos" w:hAnsi="Aptos"/>
          <w:b/>
          <w:color w:val="D7A8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F5C5C"/>
      </w:pPr>
      <w:r>
        <w:rPr>
          <w:rFonts w:ascii="Aptos Display" w:hAnsi="Aptos Display"/>
          <w:b/>
          <w:color w:val="173A5B"/>
          <w:sz w:val="36"/>
        </w:rPr>
        <w:t xml:space="preserve">  TASKS: DAY 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D7A84B"/>
          <w:sz w:val="20"/>
        </w:rPr>
        <w:t>Week 2 - Chapter 5: The Island Come True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5: introducing the pirates, the 'tribe', the Lost Boys, mermaids and fairies of Neverland.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This chapter introduces many different groups living on Neverland. Who are they?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History/PSHE: discuss the dated, stereotyped portrayal of the 'tribe' in this chapter, and how attitudes have changed since 1911.</w:t>
      </w:r>
    </w:p>
    <w:p>
      <w:pPr>
        <w:spacing w:before="160" w:after="40" w:line="240" w:lineRule="auto"/>
      </w:pPr>
      <w:r>
        <w:rPr>
          <w:rFonts w:ascii="Aptos" w:hAnsi="Aptos"/>
          <w:b/>
          <w:color w:val="D7A8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F5C5C"/>
      </w:pPr>
      <w:r>
        <w:rPr>
          <w:rFonts w:ascii="Aptos Display" w:hAnsi="Aptos Display"/>
          <w:b/>
          <w:color w:val="173A5B"/>
          <w:sz w:val="36"/>
        </w:rPr>
        <w:t xml:space="preserve">  TASKS: DAY 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D7A84B"/>
          <w:sz w:val="20"/>
        </w:rPr>
        <w:t>Week 2 - Chapter 6: The Little House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6: the boys build Wendy a tiny house.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Why do the boys build Wendy a tiny house rather than just letting her live with them underground?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DT/Art: design and build a model 'Wendy house'.</w:t>
      </w:r>
    </w:p>
    <w:p>
      <w:pPr>
        <w:spacing w:before="160" w:after="40" w:line="240" w:lineRule="auto"/>
      </w:pPr>
      <w:r>
        <w:rPr>
          <w:rFonts w:ascii="Aptos" w:hAnsi="Aptos"/>
          <w:b/>
          <w:color w:val="D7A8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F5C5C"/>
      </w:pPr>
      <w:r>
        <w:rPr>
          <w:rFonts w:ascii="Aptos Display" w:hAnsi="Aptos Display"/>
          <w:b/>
          <w:color w:val="173A5B"/>
          <w:sz w:val="36"/>
        </w:rPr>
        <w:t xml:space="preserve">  TASKS: DAY 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D7A84B"/>
          <w:sz w:val="20"/>
        </w:rPr>
        <w:t>Week 2 - Chapter 7: The Home Under the Ground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7: a description of the Lost Boys' underground home.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ART:</w:t>
      </w:r>
    </w:p>
    <w:p>
      <w:pPr>
        <w:spacing w:after="120"/>
      </w:pPr>
      <w:r>
        <w:rPr>
          <w:i w:val="0"/>
          <w:sz w:val="24"/>
        </w:rPr>
        <w:t>Draw a cross-section of the Lost Boys' underground home.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what would you like and dislike about living there?</w:t>
      </w:r>
    </w:p>
    <w:p>
      <w:pPr>
        <w:spacing w:before="160" w:after="40" w:line="240" w:lineRule="auto"/>
      </w:pPr>
      <w:r>
        <w:rPr>
          <w:rFonts w:ascii="Aptos" w:hAnsi="Aptos"/>
          <w:b/>
          <w:color w:val="D7A8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F5C5C"/>
      </w:pPr>
      <w:r>
        <w:rPr>
          <w:rFonts w:ascii="Aptos Display" w:hAnsi="Aptos Display"/>
          <w:b/>
          <w:color w:val="173A5B"/>
          <w:sz w:val="36"/>
        </w:rPr>
        <w:t xml:space="preserve">  TASKS: DAY 8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D7A84B"/>
          <w:sz w:val="20"/>
        </w:rPr>
        <w:t>Week 2 - Chapter 8: The Mermaids' Lagoon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8: Wendy and the boys encounter the mermaids, and Hook attacks.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the danger and beauty of the lagoon in your own words.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does Barrie make the mermaids seem both beautiful and unsettling?</w:t>
      </w:r>
    </w:p>
    <w:p>
      <w:pPr>
        <w:spacing w:before="160" w:after="40" w:line="240" w:lineRule="auto"/>
      </w:pPr>
      <w:r>
        <w:rPr>
          <w:rFonts w:ascii="Aptos" w:hAnsi="Aptos"/>
          <w:b/>
          <w:color w:val="D7A8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F5C5C"/>
      </w:pPr>
      <w:r>
        <w:rPr>
          <w:rFonts w:ascii="Aptos Display" w:hAnsi="Aptos Display"/>
          <w:b/>
          <w:color w:val="173A5B"/>
          <w:sz w:val="36"/>
        </w:rPr>
        <w:t xml:space="preserve">  TASKS: DAY 9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D7A84B"/>
          <w:sz w:val="20"/>
        </w:rPr>
        <w:t>Week 2 - Chapter 9: The Never Bird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9: Peter's clever escape using a bird's nest as a boat.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does this chapter show us about Peter's cleverness and character?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Writing: retell Peter's escape from the rock in your own words.</w:t>
      </w:r>
    </w:p>
    <w:p>
      <w:pPr>
        <w:spacing w:before="160" w:after="40" w:line="240" w:lineRule="auto"/>
      </w:pPr>
      <w:r>
        <w:rPr>
          <w:rFonts w:ascii="Aptos" w:hAnsi="Aptos"/>
          <w:b/>
          <w:color w:val="D7A8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F5C5C"/>
      </w:pPr>
      <w:r>
        <w:rPr>
          <w:rFonts w:ascii="Aptos Display" w:hAnsi="Aptos Display"/>
          <w:b/>
          <w:color w:val="173A5B"/>
          <w:sz w:val="36"/>
        </w:rPr>
        <w:t xml:space="preserve">  TASKS: DAY 10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D7A84B"/>
          <w:sz w:val="20"/>
        </w:rPr>
        <w:t>Week 3 - Chapter 10: The Happy Home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10: daily life of the Lost Boys and Wendy, their 'mother'.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PSHE:</w:t>
      </w:r>
    </w:p>
    <w:p>
      <w:pPr>
        <w:spacing w:after="120"/>
      </w:pPr>
      <w:r>
        <w:rPr>
          <w:i w:val="0"/>
          <w:sz w:val="24"/>
        </w:rPr>
        <w:t>Why might Wendy enjoy playing 'mother' to the Lost Boys so much? What does the book suggest about family roles?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is this a fair or old-fashioned view of a mother's role? What do you think?</w:t>
      </w:r>
    </w:p>
    <w:p>
      <w:pPr>
        <w:spacing w:before="160" w:after="40" w:line="240" w:lineRule="auto"/>
      </w:pPr>
      <w:r>
        <w:rPr>
          <w:rFonts w:ascii="Aptos" w:hAnsi="Aptos"/>
          <w:b/>
          <w:color w:val="D7A8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F5C5C"/>
      </w:pPr>
      <w:r>
        <w:rPr>
          <w:rFonts w:ascii="Aptos Display" w:hAnsi="Aptos Display"/>
          <w:b/>
          <w:color w:val="173A5B"/>
          <w:sz w:val="36"/>
        </w:rPr>
        <w:t xml:space="preserve">  TASKS: DAY 11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D7A84B"/>
          <w:sz w:val="20"/>
        </w:rPr>
        <w:t>Week 3 - Chapter 11: Wendy's Story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11: Wendy tells the boys a story about the Darling parents waiting for their children.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Wendy's story affect the Lost Boys, and why does Peter react differently to it?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Writing: write the story Wendy tells, in your own words.</w:t>
      </w:r>
    </w:p>
    <w:p>
      <w:pPr>
        <w:spacing w:before="160" w:after="40" w:line="240" w:lineRule="auto"/>
      </w:pPr>
      <w:r>
        <w:rPr>
          <w:rFonts w:ascii="Aptos" w:hAnsi="Aptos"/>
          <w:b/>
          <w:color w:val="D7A8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F5C5C"/>
      </w:pPr>
      <w:r>
        <w:rPr>
          <w:rFonts w:ascii="Aptos Display" w:hAnsi="Aptos Display"/>
          <w:b/>
          <w:color w:val="173A5B"/>
          <w:sz w:val="36"/>
        </w:rPr>
        <w:t xml:space="preserve">  TASKS: DAY 12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D7A84B"/>
          <w:sz w:val="20"/>
        </w:rPr>
        <w:t>Week 3 - Chapter 12: The Children Are Carried Off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12: Hook captures the children.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DRAMA:</w:t>
      </w:r>
    </w:p>
    <w:p>
      <w:pPr>
        <w:spacing w:after="120"/>
      </w:pPr>
      <w:r>
        <w:rPr>
          <w:i w:val="0"/>
          <w:sz w:val="24"/>
        </w:rPr>
        <w:t>Act out the ambush and capture scene, building tension as you go.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Narration: retell this chapter as a newspaper report.</w:t>
      </w:r>
    </w:p>
    <w:p>
      <w:pPr>
        <w:spacing w:before="160" w:after="40" w:line="240" w:lineRule="auto"/>
      </w:pPr>
      <w:r>
        <w:rPr>
          <w:rFonts w:ascii="Aptos" w:hAnsi="Aptos"/>
          <w:b/>
          <w:color w:val="D7A8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F5C5C"/>
      </w:pPr>
      <w:r>
        <w:rPr>
          <w:rFonts w:ascii="Aptos Display" w:hAnsi="Aptos Display"/>
          <w:b/>
          <w:color w:val="173A5B"/>
          <w:sz w:val="36"/>
        </w:rPr>
        <w:t xml:space="preserve">  TASKS: DAY 13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D7A84B"/>
          <w:sz w:val="20"/>
        </w:rPr>
        <w:t>Week 3 - Chapter 13: Do You Believe in Fairies?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13: Tinker Bell drinks Hook's poison to save Peter, and is saved herself by children believing in fairies.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This is one of the most famous scenes in the book. Why might Barrie have written a direct appeal to the reader here?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Extension: research how this scene has been staged in the theatre, with the audience asked to clap to save Tinker Bell.</w:t>
      </w:r>
    </w:p>
    <w:p>
      <w:pPr>
        <w:spacing w:before="160" w:after="40" w:line="240" w:lineRule="auto"/>
      </w:pPr>
      <w:r>
        <w:rPr>
          <w:rFonts w:ascii="Aptos" w:hAnsi="Aptos"/>
          <w:b/>
          <w:color w:val="D7A8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F5C5C"/>
      </w:pPr>
      <w:r>
        <w:rPr>
          <w:rFonts w:ascii="Aptos Display" w:hAnsi="Aptos Display"/>
          <w:b/>
          <w:color w:val="173A5B"/>
          <w:sz w:val="36"/>
        </w:rPr>
        <w:t xml:space="preserve">  TASKS: DAY 14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D7A84B"/>
          <w:sz w:val="20"/>
        </w:rPr>
        <w:t>Week 4 - Chapter 14: The Pirate Ship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14: Peter sneaks aboard the Jolly Roger.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ART:</w:t>
      </w:r>
    </w:p>
    <w:p>
      <w:pPr>
        <w:spacing w:after="120"/>
      </w:pPr>
      <w:r>
        <w:rPr>
          <w:i w:val="0"/>
          <w:sz w:val="24"/>
        </w:rPr>
        <w:t>Design your own pirate ship, or illustrate the Jolly Roger.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does Barrie build tension as Peter sneaks aboard?</w:t>
      </w:r>
    </w:p>
    <w:p>
      <w:pPr>
        <w:spacing w:before="160" w:after="40" w:line="240" w:lineRule="auto"/>
      </w:pPr>
      <w:r>
        <w:rPr>
          <w:rFonts w:ascii="Aptos" w:hAnsi="Aptos"/>
          <w:b/>
          <w:color w:val="D7A8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F5C5C"/>
      </w:pPr>
      <w:r>
        <w:rPr>
          <w:rFonts w:ascii="Aptos Display" w:hAnsi="Aptos Display"/>
          <w:b/>
          <w:color w:val="173A5B"/>
          <w:sz w:val="36"/>
        </w:rPr>
        <w:t xml:space="preserve">  TASKS: DAY 15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D7A84B"/>
          <w:sz w:val="20"/>
        </w:rPr>
        <w:t>Week 4 - Chapter 15: 'Hook or Me This Time'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15: the final battle between Peter and Captain Hook.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DRAMA:</w:t>
      </w:r>
    </w:p>
    <w:p>
      <w:pPr>
        <w:spacing w:after="120"/>
      </w:pPr>
      <w:r>
        <w:rPr>
          <w:i w:val="0"/>
          <w:sz w:val="24"/>
        </w:rPr>
        <w:t>Perform the duel between Peter and Hook.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what makes Hook a memorable villain?</w:t>
      </w:r>
    </w:p>
    <w:p>
      <w:pPr>
        <w:spacing w:before="160" w:after="40" w:line="240" w:lineRule="auto"/>
      </w:pPr>
      <w:r>
        <w:rPr>
          <w:rFonts w:ascii="Aptos" w:hAnsi="Aptos"/>
          <w:b/>
          <w:color w:val="D7A8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F5C5C"/>
      </w:pPr>
      <w:r>
        <w:rPr>
          <w:rFonts w:ascii="Aptos Display" w:hAnsi="Aptos Display"/>
          <w:b/>
          <w:color w:val="173A5B"/>
          <w:sz w:val="36"/>
        </w:rPr>
        <w:t xml:space="preserve">  TASKS: DAY 16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D7A84B"/>
          <w:sz w:val="20"/>
        </w:rPr>
        <w:t>Week 4 - Chapter 16: The Return Home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16: the children return to London.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How do the Darling parents react to the children's return?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do you think the Darling parents felt while the children were away?</w:t>
      </w:r>
    </w:p>
    <w:p>
      <w:pPr>
        <w:spacing w:before="160" w:after="40" w:line="240" w:lineRule="auto"/>
      </w:pPr>
      <w:r>
        <w:rPr>
          <w:rFonts w:ascii="Aptos" w:hAnsi="Aptos"/>
          <w:b/>
          <w:color w:val="D7A8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0F5C5C"/>
      </w:pPr>
      <w:r>
        <w:rPr>
          <w:rFonts w:ascii="Aptos Display" w:hAnsi="Aptos Display"/>
          <w:b/>
          <w:color w:val="173A5B"/>
          <w:sz w:val="36"/>
        </w:rPr>
        <w:t xml:space="preserve">  TASKS: DAY 17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D7A84B"/>
          <w:sz w:val="20"/>
        </w:rPr>
        <w:t>Week 4 - Chapter 17: When Wendy Grew Up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Chapter 17: the bittersweet ending, and Peter's return years later.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This ending is often seen as bittersweet. What does it suggest about growing up and childhood?</w:t>
      </w:r>
    </w:p>
    <w:p>
      <w:pPr>
        <w:spacing w:before="100" w:after="20" w:line="240" w:lineRule="auto"/>
      </w:pPr>
      <w:r>
        <w:rPr>
          <w:rFonts w:ascii="Aptos" w:hAnsi="Aptos"/>
          <w:b/>
          <w:color w:val="0F6671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Wrap-up: compare Peter and Wendy's choices about growing up - who do you think made the 'right' choice, and is there a right choice at all?</w:t>
      </w:r>
    </w:p>
    <w:p>
      <w:pPr>
        <w:spacing w:before="160" w:after="40" w:line="240" w:lineRule="auto"/>
      </w:pPr>
      <w:r>
        <w:rPr>
          <w:rFonts w:ascii="Aptos" w:hAnsi="Aptos"/>
          <w:b/>
          <w:color w:val="D7A84B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pStyle w:val="Heading1"/>
        <w:shd w:val="clear" w:fill="3E5C2E"/>
      </w:pPr>
      <w:r>
        <w:rPr>
          <w:rFonts w:ascii="Aptos Display" w:hAnsi="Aptos Display"/>
          <w:b/>
          <w:color w:val="173A5B"/>
          <w:sz w:val="36"/>
        </w:rPr>
        <w:t xml:space="preserve">  NEVERLAND MAP</w:t>
      </w:r>
    </w:p>
    <w:p>
      <w:pPr>
        <w:spacing w:after="120"/>
      </w:pPr>
      <w:r>
        <w:rPr>
          <w:i w:val="0"/>
          <w:sz w:val="24"/>
        </w:rPr>
        <w:t>Use this page to draw your own map of Neverland, labelling everywhere you meet in the story: the lagoon, the pirate ship, the Lost Boys' underground home, and anywhere else you'd like to add.</w:t>
      </w:r>
    </w:p>
    <w:p>
      <w:pPr>
        <w:spacing w:after="4000"/>
      </w:pPr>
    </w:p>
    <w:p>
      <w:r>
        <w:br w:type="page"/>
      </w:r>
    </w:p>
    <w:p>
      <w:pPr>
        <w:spacing w:after="200"/>
        <w:pStyle w:val="Heading1"/>
        <w:shd w:val="clear" w:fill="B26A00"/>
      </w:pPr>
      <w:r>
        <w:rPr>
          <w:rFonts w:ascii="Aptos Display" w:hAnsi="Aptos Display"/>
          <w:b/>
          <w:color w:val="173A5B"/>
          <w:sz w:val="36"/>
        </w:rPr>
        <w:t xml:space="preserve">  CHARACTER PROFILES</w:t>
      </w:r>
    </w:p>
    <w:p>
      <w:pPr>
        <w:pStyle w:val="Heading2"/>
        <w:spacing w:before="160" w:after="40"/>
      </w:pPr>
      <w:r>
        <w:rPr>
          <w:rFonts w:ascii="Aptos Display" w:hAnsi="Aptos Display"/>
          <w:b/>
          <w:color w:val="0F6671"/>
          <w:sz w:val="24"/>
        </w:rPr>
        <w:t>Peter Pan</w:t>
      </w:r>
    </w:p>
    <w:p>
      <w:pPr>
        <w:spacing w:after="120"/>
      </w:pPr>
      <w:r>
        <w:rPr>
          <w:i/>
          <w:sz w:val="20"/>
        </w:rPr>
        <w:t>Key details and your thoughts about them: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Style w:val="Heading2"/>
        <w:spacing w:before="160" w:after="40"/>
      </w:pPr>
      <w:r>
        <w:rPr>
          <w:rFonts w:ascii="Aptos Display" w:hAnsi="Aptos Display"/>
          <w:b/>
          <w:color w:val="0F6671"/>
          <w:sz w:val="24"/>
        </w:rPr>
        <w:t>Wendy Darling</w:t>
      </w:r>
    </w:p>
    <w:p>
      <w:pPr>
        <w:spacing w:after="120"/>
      </w:pPr>
      <w:r>
        <w:rPr>
          <w:i/>
          <w:sz w:val="20"/>
        </w:rPr>
        <w:t>Key details and your thoughts about them: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Style w:val="Heading2"/>
        <w:spacing w:before="160" w:after="40"/>
      </w:pPr>
      <w:r>
        <w:rPr>
          <w:rFonts w:ascii="Aptos Display" w:hAnsi="Aptos Display"/>
          <w:b/>
          <w:color w:val="0F6671"/>
          <w:sz w:val="24"/>
        </w:rPr>
        <w:t>Captain Hook</w:t>
      </w:r>
    </w:p>
    <w:p>
      <w:pPr>
        <w:spacing w:after="120"/>
      </w:pPr>
      <w:r>
        <w:rPr>
          <w:i/>
          <w:sz w:val="20"/>
        </w:rPr>
        <w:t>Key details and your thoughts about them: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Style w:val="Heading2"/>
        <w:spacing w:before="160" w:after="40"/>
      </w:pPr>
      <w:r>
        <w:rPr>
          <w:rFonts w:ascii="Aptos Display" w:hAnsi="Aptos Display"/>
          <w:b/>
          <w:color w:val="0F6671"/>
          <w:sz w:val="24"/>
        </w:rPr>
        <w:t>Tinker Bell</w:t>
      </w:r>
    </w:p>
    <w:p>
      <w:pPr>
        <w:spacing w:after="120"/>
      </w:pPr>
      <w:r>
        <w:rPr>
          <w:i/>
          <w:sz w:val="20"/>
        </w:rPr>
        <w:t>Key details and your thoughts about them: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64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D7A84B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ptos" w:hAnsi="Aptos"/>
        <w:b/>
        <w:color w:val="0F6671"/>
        <w:sz w:val="17"/>
      </w:rPr>
      <w:t>PETER PAN  |  LEARNING BOOKLET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183E4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F6671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D7A84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