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68A45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39434A"/>
          <w:sz w:val="54"/>
        </w:rPr>
        <w:t>KING SOLOMON'S MINES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ing-solomons-mines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B68A45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1 - Chapter 1: I Meet Sir Henry Curtis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1: aboard a ship to Natal, the hunter Allan Quatermain meets Sir Henry Curtis and Captain Good, who are searching for Sir Henry's lost brother.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Introduce the three main men. What is each one like, and how do they come to travel together?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why is Sir Henry so determined to find his brother, whatever the danger?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1 - Chapter 2: The Legend of Solomon's Mines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2: Quatermain tells the legend of the mines and shows the map drawn in blood, 300 years earlier, by the dying Portuguese, da Silvestra.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HISTORY:</w:t>
      </w:r>
    </w:p>
    <w:p>
      <w:pPr>
        <w:spacing w:after="120"/>
      </w:pPr>
      <w:r>
        <w:rPr>
          <w:i w:val="0"/>
          <w:sz w:val="24"/>
        </w:rPr>
        <w:t>Research the real legends of King Solomon's wealth, and why Europeans dreamed of finding lost African riches.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draw da Silvestra's map, aged and stained, with its route and its warning.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1 - Chapter 3: Umbopa Enters Our Service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3: a tall, dignified Zulu named Umbopa asks to join the expedition, hinting that he has his own reasons for going.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makes Umbopa stand out from the other servants and guides?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Predict: the book hints Umbopa is more than he seems. Who do you think he might really be?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1 - Chapter 4: An Elephant Hunt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4: a dangerous elephant hunt, in which one of the party is killed.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SCIENCE:</w:t>
      </w:r>
    </w:p>
    <w:p>
      <w:pPr>
        <w:spacing w:after="120"/>
      </w:pPr>
      <w:r>
        <w:rPr>
          <w:i w:val="0"/>
          <w:sz w:val="24"/>
        </w:rPr>
        <w:t>Research African elephants, and how big-game hunting was viewed in Victorian times.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have attitudes to hunting wild animals changed between 1885 and today?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1 - Chapter 5: Our March into the Desert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5: the expedition leaves the last outpost and sets out across the waterless desert, following the map.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GEOGRAPHY:</w:t>
      </w:r>
    </w:p>
    <w:p>
      <w:pPr>
        <w:spacing w:after="120"/>
      </w:pPr>
      <w:r>
        <w:rPr>
          <w:i w:val="0"/>
          <w:sz w:val="24"/>
        </w:rPr>
        <w:t>Begin mapping the journey, from the coast out into the desert.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what happens to the body without water, and how do people survive in deserts?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2 - Chapter 6: Water! Water!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6: almost dying of thirst, the adventurers reach the water marked on the old map.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search for water, and the moment they finally find it.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research practical desert survival - shade, water, and travelling in the cool of night.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2 - Chapter 7: Solomon's Road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7: the party discovers a great ancient road, built like a Roman road, leading toward the mountains.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HISTORY:</w:t>
      </w:r>
    </w:p>
    <w:p>
      <w:pPr>
        <w:spacing w:after="120"/>
      </w:pPr>
      <w:r>
        <w:rPr>
          <w:i w:val="0"/>
          <w:sz w:val="24"/>
        </w:rPr>
        <w:t>Research ancient roads, such as Roman roads. Who has the power and skill to build a great road across wild country?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why is finding a huge, ancient road in the wilderness so strange and exciting?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2 - Chapter 8: We Enter Kukuanaland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8: the adventurers cross the freezing mountains called Sheba's Breasts and come down into the land of the Kukuana people.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GEOGRAPHY:</w:t>
      </w:r>
    </w:p>
    <w:p>
      <w:pPr>
        <w:spacing w:after="120"/>
      </w:pPr>
      <w:r>
        <w:rPr>
          <w:i w:val="0"/>
          <w:sz w:val="24"/>
        </w:rPr>
        <w:t>Map the crossing of the mountains and the fertile land beyond.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the Kukuanas take the adventurers for 'men from the stars'. How do the adventurers use this belief?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2 - Chapter 9: Twala the King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9: the adventurers are brought before the cruel, one-eyed King Twala at his town of Loo.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King Twala and his court.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makes Twala a tyrant, and how do the people around him behave?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3 - Chapter 10: The Witch-Hunt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10: the ancient witch-finder Gagool leads a terrifying night of 'smelling out' witches, in which many are condemned.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Gagool use the witch-hunt to control people through fear?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History/PSHE: research real witch-hunts in history. Why do frightened communities turn on their own people?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3 - Chapter 11: We Give a Sign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11: to prove their power, the adventurers use an almanac to predict an eclipse - and Umbopa reveals who he really is.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SCIENCE:</w:t>
      </w:r>
    </w:p>
    <w:p>
      <w:pPr>
        <w:spacing w:after="120"/>
      </w:pPr>
      <w:r>
        <w:rPr>
          <w:i w:val="0"/>
          <w:sz w:val="24"/>
        </w:rPr>
        <w:t>Find out how an eclipse can be predicted in advance from tables. How do the adventurers use this to seem all-powerful?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Umbopa reveals himself as Ignosi, the rightful king. How does this change everything?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3 - Chapter 12: Before the Battle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12: loyal regiments rally to Ignosi, and both sides prepare for civil war.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HISTORY:</w:t>
      </w:r>
    </w:p>
    <w:p>
      <w:pPr>
        <w:spacing w:after="120"/>
      </w:pPr>
      <w:r>
        <w:rPr>
          <w:i w:val="0"/>
          <w:sz w:val="24"/>
        </w:rPr>
        <w:t>Research the Zulu impis (regiments). Notice how closely the Kukuana army is modelled on them.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Narration: describe how the two sides prepare, and who chooses to support Ignosi.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3 - Chapter 13: The Attack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13: the battle for the throne begins.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DRAMA:</w:t>
      </w:r>
    </w:p>
    <w:p>
      <w:pPr>
        <w:spacing w:after="120"/>
      </w:pPr>
      <w:r>
        <w:rPr>
          <w:i w:val="0"/>
          <w:sz w:val="24"/>
        </w:rPr>
        <w:t>Act out a moment from the battle as the fighting starts.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Haggard make the battle exciting? How does he picture war?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3 - Chapter 14: The Last Stand of the Greys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14: a single regiment, the Greys, holds off a whole army in a heroic, doomed last stand.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last stand of the Greys.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the theme of courage and sacrifice - why does this scene stay with readers?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15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3 - Chapter 15: Good Falls Sick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15: after Sir Henry meets Twala in single combat, Good falls ill and is nursed by Foulata, a young Kukuana woman the adventurers had saved.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Sir Henry faces Twala in single combat. What does this add to the story?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notice the bond that forms between Foulata and Good. Keep it in mind for later chapters.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16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4 - Chapter 16: The Place of Death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16: Gagool leads the adventurers to the Place of Death, a cave where the dead kings of Kukuanaland sit turned to stone.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ART:</w:t>
      </w:r>
    </w:p>
    <w:p>
      <w:pPr>
        <w:spacing w:after="120"/>
      </w:pPr>
      <w:r>
        <w:rPr>
          <w:i w:val="0"/>
          <w:sz w:val="24"/>
        </w:rPr>
        <w:t>Illustrate the Place of Death, with its seated stone kings around the table.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Haggard build a feeling of dread in this chapter?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17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4 - Chapter 17: Solomon's Treasure Chamber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17: Gagool opens the secret stone door to a chamber piled with diamonds, gold and ivory.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SCIENCE:</w:t>
      </w:r>
    </w:p>
    <w:p>
      <w:pPr>
        <w:spacing w:after="120"/>
      </w:pPr>
      <w:r>
        <w:rPr>
          <w:i w:val="0"/>
          <w:sz w:val="24"/>
        </w:rPr>
        <w:t>Research how diamonds form deep underground, and how they are mined and valued.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Narration: describe the treasure chamber as the adventurers first see it.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18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4 - Chapter 18: We Abandon Hope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18: Gagool betrays the adventurers and seals them in the treasure chamber. Foulata is killed, and the men are trapped in the dark.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Greed drives the danger in this chapter. Who pays the price, and why?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Writing: write a diary entry as one of the trapped adventurers, surrounded by a fortune you cannot use.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19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4 - Chapter 19: Ignosi's Farewell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19: having escaped, the adventurers say goodbye to Ignosi, now king, who promises just rule and an end to the witch-hunts.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Ignosi makes new laws as king. What kind of ruler do you think he will be?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what qualities make a good and fair leader? Compare Ignosi with Twala.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6E2E1E"/>
      </w:pPr>
      <w:r>
        <w:rPr>
          <w:b/>
          <w:color w:val="FFFFFF"/>
          <w:sz w:val="40"/>
        </w:rPr>
        <w:t xml:space="preserve">  TASKS: DAY 20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68A45"/>
          <w:sz w:val="20"/>
        </w:rPr>
        <w:t>Week 4 - Chapter 20: Found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20: on the journey home the adventurers make one last, unexpected discovery before returning to England.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WRAP-UP:</w:t>
      </w:r>
    </w:p>
    <w:p>
      <w:pPr>
        <w:spacing w:after="120"/>
      </w:pPr>
      <w:r>
        <w:rPr>
          <w:i w:val="0"/>
          <w:sz w:val="24"/>
        </w:rPr>
        <w:t>Discuss the whole book - what has the journey really been about, beyond the treasure?</w:t>
      </w:r>
    </w:p>
    <w:p>
      <w:pPr>
        <w:spacing w:before="100" w:after="20" w:line="240" w:lineRule="auto"/>
      </w:pPr>
      <w:r>
        <w:rPr>
          <w:rFonts w:ascii="Aptos" w:hAnsi="Aptos"/>
          <w:b/>
          <w:color w:val="516F7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Look back at how the book pictures Africa and its peoples. What would you praise, and what would you question?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5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3A5A40"/>
      </w:pPr>
      <w:r>
        <w:rPr>
          <w:b/>
          <w:color w:val="FFFFFF"/>
          <w:sz w:val="40"/>
        </w:rPr>
        <w:t xml:space="preserve">  MY EXPLORER'S JOURNAL</w:t>
      </w:r>
    </w:p>
    <w:p>
      <w:pPr>
        <w:spacing w:after="120"/>
      </w:pPr>
      <w:r>
        <w:rPr>
          <w:i w:val="0"/>
          <w:sz w:val="24"/>
        </w:rPr>
        <w:t>Keep your own journal as you read, in Quatermain's plain, honest style - note the day, what happened, and what you made of it.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9434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Chapter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9434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happened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9434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I thought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shd w:val="clear" w:fill="B8860B"/>
      </w:pPr>
      <w:r>
        <w:rPr>
          <w:b/>
          <w:color w:val="FFFFFF"/>
          <w:sz w:val="40"/>
        </w:rPr>
        <w:t xml:space="preserve">  JOURNEY MAP NOTES</w:t>
      </w:r>
    </w:p>
    <w:p>
      <w:pPr>
        <w:spacing w:after="120"/>
      </w:pPr>
      <w:r>
        <w:rPr>
          <w:i w:val="0"/>
          <w:sz w:val="24"/>
        </w:rPr>
        <w:t>Use this page to note the places the adventurers pass through: the coast, the desert, Sheba's Breasts, Kukuanaland, the mines, and home again.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9434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Place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9434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Chapter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9434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happens there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E4D5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A"/>
          </w:tcPr>
          <w:p>
            <w:pPr>
              <w:spacing w:before="20" w:after="20" w:line="240" w:lineRule="auto"/>
            </w:pP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68A45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516F7A"/>
        <w:sz w:val="17"/>
      </w:rPr>
      <w:t>KING SOLOMON'S MINES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343B3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9434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516F7A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68A4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